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регистрации инструктажей по охране труда на рабочем месте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Постановление Правительства РФ от 24.12.2021 № 2464, с изменениями от 30.06.2026 № 805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Организация, подразделение, место проведения: __________________________________________________</w:t>
      </w:r>
    </w:p>
    <w:p>
      <w:r>
        <w:rPr>
          <w:b w:val="0"/>
        </w:rPr>
        <w:t>Ответственный за ведение, приказ: __________________________________________________</w:t>
      </w:r>
    </w:p>
    <w:p>
      <w:r>
        <w:rPr>
          <w:b w:val="0"/>
        </w:rPr>
        <w:t>Начат / окончен, страницы: __________________________________________________</w:t>
      </w:r>
    </w:p>
    <w:p>
      <w:r>
        <w:rPr>
          <w:b w:val="0"/>
        </w:rPr>
        <w:t>Порядок применения: Рабочая форма регистрации инструктажей на рабочем месте; не заменяет регистрацию вводного инструктажа и протокол проверки знаний. Указать все локальные акты, в объёме которых проведён инструктаж. Персональные данные защищать по локальному порядку.</w:t>
      </w:r>
    </w:p>
    <w:p>
      <w:r>
        <w:rPr>
          <w:b w:val="0"/>
        </w:rPr>
        <w:t>Форма утверждена: __________________ (должность, Ф.И.О., подпись, дата)</w:t>
      </w:r>
    </w:p>
    <w:p>
      <w:r>
        <w:rPr>
          <w:b w:val="0"/>
          <w:sz w:val="20"/>
        </w:rPr>
        <w:t>Перед печатью повторите рабочий лист в необходимом количестве. После брошюровки укажите фактическое число страниц. Не заполняйте журнал фиктивными записями.</w:t>
      </w:r>
    </w:p>
    <w:p>
      <w:r>
        <w:br w:type="page"/>
      </w:r>
    </w:p>
    <w:p>
      <w:pPr>
        <w:pStyle w:val="Heading1"/>
      </w:pPr>
      <w:r>
        <w:t>Рабочий лист</w:t>
      </w:r>
    </w:p>
    <w:p>
      <w:r>
        <w:rPr>
          <w:b w:val="0"/>
          <w:sz w:val="20"/>
        </w:rPr>
        <w:t>Журнал регистрации инструктажей по охране труда на рабочем месте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  <w:gridCol w:w="1656"/>
        <w:gridCol w:w="1656"/>
        <w:gridCol w:w="1656"/>
      </w:tblGrid>
      <w:tr>
        <w:trPr>
          <w:tblHeader/>
        </w:trPr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Ф.И.О. инструктируемого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Дата рождения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Должность / профессия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Вид инструктажа; причина внепланового / целевого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Ф.И.О., должность инструктирующего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Локальные акты / их реквизиты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Подпись инструктируемого</w:t>
            </w:r>
          </w:p>
        </w:tc>
        <w:tc>
          <w:tcPr>
            <w:tcW w:type="dxa" w:w="1657"/>
            <w:shd w:fill="EAF0F7"/>
          </w:tcPr>
          <w:p>
            <w:r>
              <w:rPr>
                <w:b/>
                <w:sz w:val="18"/>
              </w:rPr>
              <w:t>Подпись инструктирующего</w:t>
            </w:r>
          </w:p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  <w:tr>
        <w:trPr>
          <w:trHeight w:val="510"/>
          <w:cantSplit/>
        </w:trPr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  <w:tc>
          <w:tcPr>
            <w:tcW w:type="dxa" w:w="1657"/>
          </w:tcPr>
          <w:p/>
        </w:tc>
      </w:tr>
    </w:tbl>
    <w:p>
      <w:r>
        <w:rPr>
          <w:b w:val="0"/>
          <w:sz w:val="18"/>
        </w:rPr>
        <w:t>В журнале пронумеровано и прошнуровано ______ страниц. Заверил: __________________  Дата: __________</w:t>
      </w:r>
    </w:p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по охране труда на рабочем месте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