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эксплуатации систем противопожарной защиты (СПС и СОУЭ)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Постановление Правительства РФ от 16.09.2020 № 1479; ГОСТ Р 59638-2021; ГОСТ Р 59639-2021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Организация, объект, системы и зоны: __________________________________________________</w:t>
      </w:r>
    </w:p>
    <w:p>
      <w:r>
        <w:rPr>
          <w:b w:val="0"/>
        </w:rPr>
        <w:t>Ответственный за пожарную безопасность, приказ: __________________________________________________</w:t>
      </w:r>
    </w:p>
    <w:p>
      <w:r>
        <w:rPr>
          <w:b w:val="0"/>
        </w:rPr>
        <w:t>Обслуживающая организация, договор, регламент ТО: __________________________________________________</w:t>
      </w:r>
    </w:p>
    <w:p>
      <w:r>
        <w:rPr>
          <w:b w:val="0"/>
        </w:rPr>
        <w:t>Порядок применения: Форму утверждает руководитель. Фиксировать события с точностью до соответствующей зоны / устройства. К ТО прилагать акты и протоколы; для электронного ведения соблюдать требования к подписям и сохранности записей.</w:t>
      </w:r>
    </w:p>
    <w:p>
      <w:r>
        <w:rPr>
          <w:b w:val="0"/>
        </w:rPr>
        <w:t>Форма утверждена: __________________ (должность, Ф.И.О., подпись, дата)</w:t>
      </w:r>
    </w:p>
    <w:p>
      <w:r>
        <w:rPr>
          <w:b w:val="0"/>
          <w:sz w:val="20"/>
        </w:rPr>
        <w:t>Перед печатью повторите рабочий лист в необходимом количестве. После брошюровки укажите фактическое число страниц. Не заполняйте журнал фиктивными записями.</w:t>
      </w:r>
    </w:p>
    <w:p>
      <w:r>
        <w:br w:type="page"/>
      </w:r>
    </w:p>
    <w:p>
      <w:pPr>
        <w:pStyle w:val="Heading1"/>
      </w:pPr>
      <w:r>
        <w:t>Рабочий лист</w:t>
      </w:r>
    </w:p>
    <w:p>
      <w:r>
        <w:rPr>
          <w:b w:val="0"/>
          <w:sz w:val="20"/>
        </w:rPr>
        <w:t>Журнал эксплуатации систем противопожарной защиты (СПС и СОУЭ)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Дата, время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Система / зона / устройство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Событие, неисправность / работы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Отключение и компенсирующие меры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Принятые меры / результат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Дата, время восстановления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Исполнитель, подпись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Ответственный заказчика, подпись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  <w:sz w:val="18"/>
        </w:rPr>
        <w:t>В журнале пронумеровано и прошнуровано ______ страниц. Заверил: __________________  Дата: __________</w:t>
      </w:r>
    </w:p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эксплуатации систем противопожарной защиты (СПС и СОУЭ)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