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20"/>
        </w:rPr>
        <w:t>СП 246.1325800.2023. Приложение Б (рекомендуемое)</w:t>
      </w:r>
    </w:p>
    <w:p>
      <w:r>
        <w:rPr>
          <w:b/>
        </w:rPr>
        <w:t>Лист 1</w:t>
      </w:r>
    </w:p>
    <w:p>
      <w:pPr>
        <w:pStyle w:val="Title"/>
      </w:pPr>
      <w:r>
        <w:t>ЖУРНАЛ АВТОРСКОГО НАДЗОРА</w:t>
      </w:r>
    </w:p>
    <w:p>
      <w:r>
        <w:rPr>
          <w:b w:val="0"/>
        </w:rPr>
        <w:t>Наименование объекта капитального строительства</w:t>
        <w:br/>
        <w:t>________________________________________________________</w:t>
      </w:r>
    </w:p>
    <w:p>
      <w:r>
        <w:rPr>
          <w:b w:val="0"/>
        </w:rPr>
        <w:t>Адрес строительства</w:t>
        <w:br/>
        <w:t>________________________________________________________</w:t>
      </w:r>
    </w:p>
    <w:p>
      <w:r>
        <w:rPr>
          <w:b w:val="0"/>
        </w:rPr>
        <w:t>Застройщик (технический заказчик)</w:t>
        <w:br/>
        <w:t>________________________________________________________</w:t>
      </w:r>
    </w:p>
    <w:p>
      <w:r>
        <w:rPr>
          <w:b w:val="0"/>
        </w:rPr>
        <w:t>(наименование, адрес)</w:t>
        <w:br/>
        <w:t>________________________________________________________</w:t>
      </w:r>
    </w:p>
    <w:p>
      <w:r>
        <w:rPr>
          <w:b w:val="0"/>
        </w:rPr>
        <w:t>Лицо, осуществляющее авторский надзор</w:t>
        <w:br/>
        <w:t>________________________________________________________</w:t>
      </w:r>
    </w:p>
    <w:p>
      <w:r>
        <w:rPr>
          <w:b w:val="0"/>
        </w:rPr>
        <w:t>(наименование организации, Ф.И.О. индивидуального предпринимателя, адрес)</w:t>
        <w:br/>
        <w:t>________________________________________________________</w:t>
      </w:r>
    </w:p>
    <w:p>
      <w:r>
        <w:rPr>
          <w:b w:val="0"/>
        </w:rPr>
        <w:t>Журнал начат (дата)</w:t>
        <w:br/>
        <w:t>________________________________________________________</w:t>
      </w:r>
    </w:p>
    <w:p>
      <w:r>
        <w:rPr>
          <w:b w:val="0"/>
        </w:rPr>
        <w:t>Журнал окончен (дата)</w:t>
        <w:br/>
        <w:t>________________________________________________________</w:t>
      </w:r>
    </w:p>
    <w:p>
      <w:r>
        <w:rPr>
          <w:b w:val="0"/>
        </w:rPr>
        <w:t>Лицо, осуществляющее авторский надзор. М.П. (подпись)</w:t>
        <w:br/>
        <w:t>________________________________________________________</w:t>
      </w:r>
    </w:p>
    <w:p>
      <w:r>
        <w:rPr>
          <w:b w:val="0"/>
        </w:rPr>
        <w:t>Руководитель застройщика (технического заказчика). М.П. (подпись)</w:t>
        <w:br/>
        <w:t>________________________________________________________</w:t>
      </w:r>
    </w:p>
    <w:p>
      <w:r>
        <w:br w:type="page"/>
      </w:r>
    </w:p>
    <w:p>
      <w:r>
        <w:rPr>
          <w:b/>
        </w:rPr>
        <w:t>Лист 2</w:t>
      </w:r>
    </w:p>
    <w:p>
      <w:pPr>
        <w:pStyle w:val="Heading1"/>
      </w:pPr>
      <w:r>
        <w:t>ПЕРЕЧЕНЬ ПОДРЯДНЫХ ОРГАНИЗАЦИЙ, ОСУЩЕСТВЛЯЮЩИХ СТРОИТЕЛЬНЫЕ И МОНТАЖНЫЕ РАБОТЫ</w:t>
      </w:r>
    </w:p>
    <w:p>
      <w:r>
        <w:rPr>
          <w:b w:val="0"/>
        </w:rPr>
        <w:t>Исполнитель работ (лицо, осуществляющее строительство) __________________</w:t>
      </w:r>
    </w:p>
    <w:p>
      <w:r>
        <w:rPr>
          <w:b w:val="0"/>
        </w:rPr>
        <w:t>Исполнители отдельных видов работ (подрядчики):</w:t>
      </w:r>
    </w:p>
    <w:p>
      <w:r>
        <w:rPr>
          <w:b w:val="0"/>
        </w:rPr>
        <w:t>1. __________________________________________________________</w:t>
        <w:br/>
        <w:t>(наименования работ и организации)</w:t>
      </w:r>
    </w:p>
    <w:p>
      <w:r>
        <w:rPr>
          <w:b w:val="0"/>
        </w:rPr>
        <w:t>2. __________________________________________________________</w:t>
        <w:br/>
        <w:t>(наименования работ и организации)</w:t>
      </w:r>
    </w:p>
    <w:p>
      <w:r>
        <w:rPr>
          <w:b w:val="0"/>
        </w:rPr>
        <w:t>3. __________________________________________________________</w:t>
        <w:br/>
        <w:t>(наименования работ и организации)</w:t>
      </w:r>
    </w:p>
    <w:p>
      <w:r>
        <w:rPr>
          <w:b w:val="0"/>
        </w:rPr>
        <w:t>4. __________________________________________________________</w:t>
        <w:br/>
        <w:t>(наименования работ и организации)</w:t>
      </w:r>
    </w:p>
    <w:p>
      <w:r>
        <w:rPr>
          <w:b w:val="0"/>
        </w:rPr>
        <w:t>5. __________________________________________________________</w:t>
        <w:br/>
        <w:t>(наименования работ и организации)</w:t>
      </w:r>
    </w:p>
    <w:p>
      <w:r>
        <w:br w:type="page"/>
      </w:r>
    </w:p>
    <w:p>
      <w:r>
        <w:rPr>
          <w:b/>
        </w:rPr>
        <w:t>Лист 3</w:t>
      </w:r>
    </w:p>
    <w:p>
      <w:pPr>
        <w:pStyle w:val="Heading1"/>
      </w:pPr>
      <w:r>
        <w:t>СПИСОК РАБОТНИКОВ ЛИЦА, ОСУЩЕСТВЛЯЮЩЕГО АВТОРСКИЙ НАДЗОР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rPr>
          <w:tblHeader/>
        </w:trPr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Фамилия, имя, отчество</w:t>
            </w:r>
          </w:p>
        </w:tc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Работник лица, осуществляющего авторский надзор, должность, номер телефона</w:t>
            </w:r>
          </w:p>
        </w:tc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Вид работ при осуществлении авторского надзора</w:t>
            </w:r>
          </w:p>
        </w:tc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Дата и номер документа о полномочиях по проведению авторского надзора</w:t>
            </w:r>
          </w:p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r>
        <w:br w:type="page"/>
      </w:r>
    </w:p>
    <w:p>
      <w:r>
        <w:rPr>
          <w:b/>
        </w:rPr>
        <w:t>Лист 4</w:t>
      </w:r>
    </w:p>
    <w:p>
      <w:pPr>
        <w:pStyle w:val="Heading1"/>
      </w:pPr>
      <w:r>
        <w:t>РЕГИСТРАЦИОННЫЙ ЛИСТ ПОСЕЩЕНИЯ ОБЪЕКТА КАПИТАЛЬНОГО СТРОИТЕЛЬСТВА ЛИЦОМ (ЛИЦАМИ), ОСУЩЕСТВЛЯЮЩИМ АВТОРСКИЙ НАДЗОР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rPr>
          <w:tblHeader/>
        </w:trPr>
        <w:tc>
          <w:tcPr>
            <w:tcW w:type="dxa" w:w="1996"/>
            <w:shd w:fill="EAF0F7"/>
          </w:tcPr>
          <w:p>
            <w:r>
              <w:rPr>
                <w:b/>
                <w:sz w:val="18"/>
              </w:rPr>
              <w:t>Наименование лица, осуществляющего авторский надзор</w:t>
            </w:r>
          </w:p>
        </w:tc>
        <w:tc>
          <w:tcPr>
            <w:tcW w:type="dxa" w:w="1996"/>
            <w:shd w:fill="EAF0F7"/>
          </w:tcPr>
          <w:p>
            <w:r>
              <w:rPr>
                <w:b/>
                <w:sz w:val="18"/>
              </w:rPr>
              <w:t>Фамилия, имя, отчество</w:t>
            </w:r>
          </w:p>
        </w:tc>
        <w:tc>
          <w:tcPr>
            <w:tcW w:type="dxa" w:w="1996"/>
            <w:shd w:fill="EAF0F7"/>
          </w:tcPr>
          <w:p>
            <w:r>
              <w:rPr>
                <w:b/>
                <w:sz w:val="18"/>
              </w:rPr>
              <w:t>Дата и время приезда</w:t>
            </w:r>
          </w:p>
        </w:tc>
        <w:tc>
          <w:tcPr>
            <w:tcW w:type="dxa" w:w="1996"/>
            <w:shd w:fill="EAF0F7"/>
          </w:tcPr>
          <w:p>
            <w:r>
              <w:rPr>
                <w:b/>
                <w:sz w:val="18"/>
              </w:rPr>
              <w:t>Дата и время отъезда</w:t>
            </w:r>
          </w:p>
        </w:tc>
        <w:tc>
          <w:tcPr>
            <w:tcW w:type="dxa" w:w="1996"/>
            <w:shd w:fill="EAF0F7"/>
          </w:tcPr>
          <w:p>
            <w:r>
              <w:rPr>
                <w:b/>
                <w:sz w:val="18"/>
              </w:rPr>
              <w:t>Подпись представителя застройщика (технического заказчика)</w:t>
            </w:r>
          </w:p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  <w:tr>
        <w:trPr>
          <w:trHeight w:val="510"/>
          <w:cantSplit/>
        </w:trPr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  <w:tc>
          <w:tcPr>
            <w:tcW w:type="dxa" w:w="1996"/>
          </w:tcPr>
          <w:p/>
        </w:tc>
      </w:tr>
    </w:tbl>
    <w:p>
      <w:r>
        <w:br w:type="page"/>
      </w:r>
    </w:p>
    <w:p>
      <w:r>
        <w:rPr>
          <w:b/>
        </w:rPr>
        <w:t>Лист 5</w:t>
      </w:r>
    </w:p>
    <w:p>
      <w:pPr>
        <w:pStyle w:val="Heading1"/>
      </w:pPr>
      <w:r>
        <w:t>УЧЕТНЫЙ ЛИСТ № 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rPr>
          <w:tblHeader/>
        </w:trPr>
        <w:tc>
          <w:tcPr>
            <w:tcW w:type="dxa" w:w="1663"/>
            <w:shd w:fill="EAF0F7"/>
          </w:tcPr>
          <w:p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663"/>
            <w:shd w:fill="EAF0F7"/>
          </w:tcPr>
          <w:p>
            <w:r>
              <w:rPr>
                <w:b/>
                <w:sz w:val="18"/>
              </w:rPr>
              <w:t>Выявленные нарушения требований проектной документации</w:t>
            </w:r>
          </w:p>
        </w:tc>
        <w:tc>
          <w:tcPr>
            <w:tcW w:type="dxa" w:w="1663"/>
            <w:shd w:fill="EAF0F7"/>
          </w:tcPr>
          <w:p>
            <w:r>
              <w:rPr>
                <w:b/>
                <w:sz w:val="18"/>
              </w:rPr>
              <w:t>Согласованная с застройщиком (техническим заказчиком) дата устранения нарушений требований проектной документации</w:t>
            </w:r>
          </w:p>
        </w:tc>
        <w:tc>
          <w:tcPr>
            <w:tcW w:type="dxa" w:w="1663"/>
            <w:shd w:fill="EAF0F7"/>
          </w:tcPr>
          <w:p>
            <w:r>
              <w:rPr>
                <w:b/>
                <w:sz w:val="18"/>
              </w:rPr>
              <w:t>Подпись лица, осуществляющего авторский надзор (инициалы, фамилия, должность, дата)</w:t>
            </w:r>
          </w:p>
        </w:tc>
        <w:tc>
          <w:tcPr>
            <w:tcW w:type="dxa" w:w="1663"/>
            <w:shd w:fill="EAF0F7"/>
          </w:tcPr>
          <w:p>
            <w:r>
              <w:rPr>
                <w:b/>
                <w:sz w:val="18"/>
              </w:rPr>
              <w:t>С записью ознакомлен представитель: а) лица, осуществляющего строительство, б) застройщика (технического заказчика) (инициалы, фамилия, должность, дата)</w:t>
            </w:r>
          </w:p>
        </w:tc>
        <w:tc>
          <w:tcPr>
            <w:tcW w:type="dxa" w:w="1663"/>
            <w:shd w:fill="EAF0F7"/>
          </w:tcPr>
          <w:p>
            <w:r>
              <w:rPr>
                <w:b/>
                <w:sz w:val="18"/>
              </w:rPr>
              <w:t>Отметка об устранении нарушений требований проектной документации лица, осуществляющего авторский надзор (инициалы, фамилия, должность, дата)</w:t>
            </w:r>
          </w:p>
        </w:tc>
      </w:tr>
      <w:tr>
        <w:trPr>
          <w:trHeight w:val="510"/>
          <w:cantSplit/>
        </w:trPr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</w:tr>
      <w:tr>
        <w:trPr>
          <w:trHeight w:val="510"/>
          <w:cantSplit/>
        </w:trPr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</w:tr>
      <w:tr>
        <w:trPr>
          <w:trHeight w:val="510"/>
          <w:cantSplit/>
        </w:trPr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</w:tr>
      <w:tr>
        <w:trPr>
          <w:trHeight w:val="510"/>
          <w:cantSplit/>
        </w:trPr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</w:tr>
      <w:tr>
        <w:trPr>
          <w:trHeight w:val="510"/>
          <w:cantSplit/>
        </w:trPr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</w:tr>
      <w:tr>
        <w:trPr>
          <w:trHeight w:val="510"/>
          <w:cantSplit/>
        </w:trPr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  <w:tc>
          <w:tcPr>
            <w:tcW w:type="dxa" w:w="1663"/>
          </w:tcPr>
          <w:p/>
        </w:tc>
      </w:tr>
    </w:tbl>
    <w:p>
      <w:r>
        <w:br w:type="page"/>
      </w:r>
    </w:p>
    <w:p>
      <w:r>
        <w:rPr>
          <w:b/>
        </w:rPr>
        <w:t>Лист 6</w:t>
      </w:r>
    </w:p>
    <w:p>
      <w:pPr>
        <w:pStyle w:val="Heading1"/>
      </w:pPr>
      <w:r>
        <w:t>УЧЕТНЫЙ ЛИСТ № 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rPr>
          <w:tblHeader/>
        </w:trPr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Результат участия в освидетельствовании работ (наличие/отсутствие нарушений требований проектной документации)</w:t>
            </w:r>
          </w:p>
        </w:tc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Выявление несоответствия рабочей документации проектной документации</w:t>
            </w:r>
          </w:p>
        </w:tc>
        <w:tc>
          <w:tcPr>
            <w:tcW w:type="dxa" w:w="2494"/>
            <w:shd w:fill="EAF0F7"/>
          </w:tcPr>
          <w:p>
            <w:r>
              <w:rPr>
                <w:b/>
                <w:sz w:val="18"/>
              </w:rPr>
              <w:t>Согласованная с застройщиком (техническим заказчиком) дата устранения нарушений проектной документации</w:t>
            </w:r>
          </w:p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  <w:tr>
        <w:trPr>
          <w:trHeight w:val="510"/>
          <w:cantSplit/>
        </w:trPr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sectPr w:rsidR="00FC693F" w:rsidRPr="0006063C" w:rsidSect="00034616">
      <w:footerReference w:type="default" r:id="rId9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авторского надзора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