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измерения сопротивления заземляющего устройства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ГОСТ Р 50571.16-2019; проект электроустановки и утверждённая методика измерений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Заземляющее устройство, схема электроснабжения TN / TT / IT: __________________________________________________</w:t>
      </w:r>
    </w:p>
    <w:p>
      <w:r>
        <w:rPr>
          <w:b w:val="0"/>
        </w:rPr>
        <w:t>Состояние грунта, температура, осадки: __________________________________________________</w:t>
      </w:r>
    </w:p>
    <w:p>
      <w:r>
        <w:rPr>
          <w:b w:val="0"/>
        </w:rPr>
        <w:t>Метод, схема и расстояния до электродов: __________________________________________________</w:t>
      </w:r>
    </w:p>
    <w:p>
      <w:r>
        <w:rPr>
          <w:b w:val="0"/>
        </w:rPr>
        <w:t>Основание предельного значения, пункт нормы: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Не задавать универсальный предел 4 Ом. Норму выбирать по назначению ЗУ, системе электроснабжения и проекту. Приложить схему расположения электродов, учесть параллельные пути и ограничения применённого метода.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измерения сопротивления заземляющего устройства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Точка / ЗУ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Метод / схема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Измерено, Ом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Коэффициент (если применим)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Приведено, Ом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Допуск, основание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сопротивления заземляющего устройства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