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left="6123"/>
      </w:pPr>
      <w:r>
        <w:rPr>
          <w:sz w:val="16"/>
        </w:rPr>
        <w:t>Приложение № 1</w:t>
      </w:r>
    </w:p>
    <w:p>
      <w:pPr>
        <w:ind w:left="6123"/>
      </w:pPr>
      <w:r>
        <w:rPr>
          <w:sz w:val="16"/>
        </w:rPr>
      </w:r>
    </w:p>
    <w:p>
      <w:pPr>
        <w:ind w:left="6123"/>
      </w:pPr>
      <w:r>
        <w:rPr>
          <w:sz w:val="16"/>
        </w:rPr>
        <w:t>УТВЕРЖДЕНА</w:t>
      </w:r>
    </w:p>
    <w:p>
      <w:pPr>
        <w:ind w:left="6123"/>
      </w:pPr>
      <w:r>
        <w:rPr>
          <w:sz w:val="16"/>
        </w:rPr>
        <w:t>приказом Министерства строительства</w:t>
      </w:r>
    </w:p>
    <w:p>
      <w:pPr>
        <w:ind w:left="6123"/>
      </w:pPr>
      <w:r>
        <w:rPr>
          <w:sz w:val="16"/>
        </w:rPr>
        <w:t>и жилищно-коммунального хозяйства</w:t>
      </w:r>
    </w:p>
    <w:p>
      <w:pPr>
        <w:ind w:left="6123"/>
      </w:pPr>
      <w:r>
        <w:rPr>
          <w:sz w:val="16"/>
        </w:rPr>
        <w:t>Российской Федерации</w:t>
      </w:r>
    </w:p>
    <w:p>
      <w:pPr>
        <w:ind w:left="6123"/>
      </w:pPr>
      <w:r>
        <w:rPr>
          <w:sz w:val="16"/>
        </w:rPr>
        <w:t>от 2 декабря 2022 г. № 1026/пр</w:t>
      </w:r>
    </w:p>
    <w:p>
      <w:pPr>
        <w:spacing w:before="80"/>
        <w:ind w:left="6123"/>
      </w:pPr>
      <w:r>
        <w:rPr>
          <w:i/>
          <w:sz w:val="16"/>
        </w:rPr>
        <w:t>Форма</w:t>
      </w:r>
    </w:p>
    <w:p>
      <w:pPr>
        <w:spacing w:after="0" w:line="160" w:lineRule="exact"/>
      </w:pPr>
      <w:r>
        <w:rPr>
          <w:sz w:val="16"/>
        </w:rPr>
      </w:r>
    </w:p>
    <w:p>
      <w:pPr>
        <w:spacing w:before="120" w:after="0"/>
        <w:jc w:val="center"/>
      </w:pPr>
      <w:r>
        <w:rPr>
          <w:b/>
          <w:i w:val="0"/>
          <w:sz w:val="26"/>
        </w:rPr>
        <w:t>Общий журнал, в котором ведется учет выполнения работ</w:t>
      </w:r>
    </w:p>
    <w:p>
      <w:pPr>
        <w:spacing w:before="0" w:after="0"/>
        <w:jc w:val="center"/>
      </w:pPr>
      <w:r>
        <w:rPr>
          <w:b/>
          <w:i w:val="0"/>
          <w:sz w:val="26"/>
        </w:rPr>
        <w:t>по строительству, реконструкции, капитальному ремонту</w:t>
      </w:r>
    </w:p>
    <w:p>
      <w:pPr>
        <w:spacing w:before="0" w:after="0"/>
        <w:jc w:val="center"/>
      </w:pPr>
      <w:r>
        <w:rPr>
          <w:b/>
          <w:i w:val="0"/>
          <w:sz w:val="26"/>
        </w:rPr>
        <w:t>объекта капитального строительства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3"/>
        <w:gridCol w:w="9751"/>
      </w:tblGrid>
      <w:tr>
        <w:trPr>
          <w:cantSplit/>
        </w:trPr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№</w:t>
            </w:r>
          </w:p>
        </w:tc>
        <w:tc>
          <w:tcPr>
            <w:tcW w:type="dxa" w:w="975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3"/>
        <w:gridCol w:w="9751"/>
      </w:tblGrid>
      <w:tr>
        <w:trPr>
          <w:cantSplit/>
        </w:trPr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по</w:t>
            </w:r>
          </w:p>
        </w:tc>
        <w:tc>
          <w:tcPr>
            <w:tcW w:type="dxa" w:w="975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/>
        </w:tc>
        <w:tc>
          <w:tcPr>
            <w:tcW w:type="dxa" w:w="975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(указать строительство, реконструкция, капитальный ремонт)</w:t>
            </w:r>
          </w:p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(наименование объекта капитального строительства, его почтовый или строительный адрес)</w:t>
            </w:r>
          </w:p>
        </w:tc>
      </w:tr>
    </w:tbl>
    <w:p>
      <w:pPr>
        <w:spacing w:before="160" w:after="0"/>
      </w:pPr>
      <w:r>
        <w:rPr>
          <w:b/>
          <w:i w:val="0"/>
        </w:rPr>
        <w:t>Застройщик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(фамилия, имя, отчество (последнее – при наличии), адрес места жительства, ОГРНИП, ИНН индивидуального предпринимателя,</w:t>
            </w:r>
          </w:p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полное и (или) сокращенное наименование, ОГРН, ИНН, место нахождения юридического лица, телефон/факс, адрес электронной почты (при наличии),</w:t>
            </w:r>
          </w:p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требуется);</w:t>
            </w:r>
          </w:p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фамилия, имя, отчество (последнее – при наличии), паспортные данные, адрес места жительства, телефон/факс, адрес электронной почты (при наличии) – для физических лиц, не являющихся индивидуальными предпринимателями)</w:t>
            </w:r>
          </w:p>
        </w:tc>
      </w:tr>
    </w:tbl>
    <w:p>
      <w:pPr>
        <w:spacing w:before="120" w:after="0"/>
      </w:pPr>
      <w:r>
        <w:rPr>
          <w:b w:val="0"/>
          <w:i w:val="0"/>
        </w:rPr>
        <w:t>Уполномоченный представитель застройщика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6"/>
        <w:gridCol w:w="2041"/>
        <w:gridCol w:w="1474"/>
        <w:gridCol w:w="2041"/>
        <w:gridCol w:w="2948"/>
        <w:gridCol w:w="1133"/>
      </w:tblGrid>
      <w:tr>
        <w:trPr>
          <w:tblHeader w:val="true"/>
          <w:tblHeader w:val="true"/>
          <w:tblHeader w:val="true"/>
          <w:tblHeader w:val="true"/>
          <w:tblHeader w:val="true"/>
          <w:tblHeader w:val="true"/>
          <w:cantSplit/>
        </w:trPr>
        <w:tc>
          <w:tcPr>
            <w:tcW w:type="dxa" w:w="567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№ п/п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Фамилия, имя, отчество (последнее – при наличии)</w:t>
            </w:r>
          </w:p>
        </w:tc>
        <w:tc>
          <w:tcPr>
            <w:tcW w:type="dxa" w:w="1474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Должность (при наличии)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Наименование, дата, номер документа, подтверждающего полномочие</w:t>
            </w:r>
          </w:p>
        </w:tc>
        <w:tc>
          <w:tcPr>
            <w:tcW w:type="dxa" w:w="2948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Идентификационный номер в национальном реестре специалистов в области строительства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</w:t>
            </w:r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Подпись</w:t>
            </w:r>
          </w:p>
        </w:tc>
      </w:tr>
      <w:tr>
        <w:trPr>
          <w:tblHeader w:val="true"/>
          <w:cantSplit/>
        </w:trPr>
        <w:tc>
          <w:tcPr>
            <w:tcW w:type="dxa" w:w="567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1</w:t>
            </w:r>
          </w:p>
        </w:tc>
        <w:tc>
          <w:tcPr>
            <w:tcW w:type="dxa" w:w="2041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2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2041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2948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5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6</w:t>
            </w:r>
          </w:p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041"/>
          </w:tcPr>
          <w:p/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948"/>
          </w:tcPr>
          <w:p/>
        </w:tc>
        <w:tc>
          <w:tcPr>
            <w:tcW w:type="dxa" w:w="113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041"/>
          </w:tcPr>
          <w:p/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948"/>
          </w:tcPr>
          <w:p/>
        </w:tc>
        <w:tc>
          <w:tcPr>
            <w:tcW w:type="dxa" w:w="1134"/>
          </w:tcPr>
          <w:p/>
        </w:tc>
      </w:tr>
    </w:tbl>
    <w:p>
      <w:pPr>
        <w:spacing w:before="160" w:after="0"/>
      </w:pPr>
      <w:r>
        <w:rPr>
          <w:b/>
          <w:i w:val="0"/>
        </w:rPr>
        <w:t>Технический заказчик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(полное и (или) сокращенное наименование, ОГРН, ИНН, место нахождения юридического лица, телефон/факс, адрес электронной почты (при наличии),</w:t>
            </w:r>
          </w:p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полное и (или) сокращенное наименование, ОГРН, ИНН саморегулируемой организации, членом которой является указанное юридическое лицо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</w:t>
            </w:r>
          </w:p>
        </w:tc>
      </w:tr>
    </w:tbl>
    <w:p>
      <w:pPr>
        <w:spacing w:before="120" w:after="0"/>
      </w:pPr>
      <w:r>
        <w:rPr>
          <w:b w:val="0"/>
          <w:i w:val="0"/>
        </w:rPr>
        <w:t>Уполномоченный представитель технического заказчика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6"/>
        <w:gridCol w:w="2041"/>
        <w:gridCol w:w="1474"/>
        <w:gridCol w:w="2041"/>
        <w:gridCol w:w="2948"/>
        <w:gridCol w:w="1133"/>
      </w:tblGrid>
      <w:tr>
        <w:trPr>
          <w:tblHeader w:val="true"/>
          <w:tblHeader w:val="true"/>
          <w:tblHeader w:val="true"/>
          <w:tblHeader w:val="true"/>
          <w:tblHeader w:val="true"/>
          <w:tblHeader w:val="true"/>
          <w:cantSplit/>
        </w:trPr>
        <w:tc>
          <w:tcPr>
            <w:tcW w:type="dxa" w:w="567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№ п/п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Фамилия, имя, отчество (последнее – при наличии)</w:t>
            </w:r>
          </w:p>
        </w:tc>
        <w:tc>
          <w:tcPr>
            <w:tcW w:type="dxa" w:w="1474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Должность (при наличии)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Наименование, дата, номер документа, подтверждающего полномочие</w:t>
            </w:r>
          </w:p>
        </w:tc>
        <w:tc>
          <w:tcPr>
            <w:tcW w:type="dxa" w:w="2948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Идентификационный номер в национальном реестре специалистов в области строительства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</w:t>
            </w:r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Подпись</w:t>
            </w:r>
          </w:p>
        </w:tc>
      </w:tr>
      <w:tr>
        <w:trPr>
          <w:tblHeader w:val="true"/>
          <w:cantSplit/>
        </w:trPr>
        <w:tc>
          <w:tcPr>
            <w:tcW w:type="dxa" w:w="567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1</w:t>
            </w:r>
          </w:p>
        </w:tc>
        <w:tc>
          <w:tcPr>
            <w:tcW w:type="dxa" w:w="2041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2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2041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2948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5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6</w:t>
            </w:r>
          </w:p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041"/>
          </w:tcPr>
          <w:p/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948"/>
          </w:tcPr>
          <w:p/>
        </w:tc>
        <w:tc>
          <w:tcPr>
            <w:tcW w:type="dxa" w:w="113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041"/>
          </w:tcPr>
          <w:p/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948"/>
          </w:tcPr>
          <w:p/>
        </w:tc>
        <w:tc>
          <w:tcPr>
            <w:tcW w:type="dxa" w:w="1134"/>
          </w:tcPr>
          <w:p/>
        </w:tc>
      </w:tr>
    </w:tbl>
    <w:p>
      <w:pPr>
        <w:spacing w:before="160" w:after="0"/>
      </w:pPr>
      <w:r>
        <w:rPr>
          <w:b/>
          <w:i w:val="0"/>
        </w:rPr>
        <w:t>Лицо, ответственное за эксплуатацию здания, сооружения, или региональный оператор (заполняется в случае, если договор строительного подряда заключается с лицом, ответственным за эксплуатацию здания, сооружения, или региональным оператором)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(фамилия, имя, отчество (последнее – при наличии), адрес места жительства, ОГРНИП, ИНН индивидуального предпринимателя,</w:t>
            </w:r>
          </w:p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полное и (или) сокращенное наименование, ОГРН, ИНН, место нахождения юридического лица, телефон/факс, адрес электронной почты (при наличии),</w:t>
            </w:r>
          </w:p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фамилия, имя, отчество (последнее – при наличии), паспортные данные, адрес места жительства, телефон/факс, адрес электронной почты (при наличии) – для физических лиц, не являющихся индивидуальными предпринимателями)</w:t>
            </w:r>
          </w:p>
        </w:tc>
      </w:tr>
    </w:tbl>
    <w:p>
      <w:pPr>
        <w:spacing w:before="120" w:after="0"/>
      </w:pPr>
      <w:r>
        <w:rPr>
          <w:b w:val="0"/>
          <w:i w:val="0"/>
        </w:rPr>
        <w:t>Уполномоченный представитель лица, ответственного за эксплуатацию здания, сооружения, или регионального оператора (заполняется в случае, если договор строительного подряда заключается с лицом, ответственным за эксплуатацию здания, сооружения, или региональным оператором)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6"/>
        <w:gridCol w:w="2607"/>
        <w:gridCol w:w="1927"/>
        <w:gridCol w:w="3401"/>
        <w:gridCol w:w="1700"/>
      </w:tblGrid>
      <w:tr>
        <w:trPr>
          <w:tblHeader w:val="true"/>
          <w:tblHeader w:val="true"/>
          <w:tblHeader w:val="true"/>
          <w:tblHeader w:val="true"/>
          <w:tblHeader w:val="true"/>
          <w:cantSplit/>
        </w:trPr>
        <w:tc>
          <w:tcPr>
            <w:tcW w:type="dxa" w:w="567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№ п/п</w:t>
            </w:r>
          </w:p>
        </w:tc>
        <w:tc>
          <w:tcPr>
            <w:tcW w:type="dxa" w:w="2608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Фамилия, имя, отчество (последнее – при наличии)</w:t>
            </w:r>
          </w:p>
        </w:tc>
        <w:tc>
          <w:tcPr>
            <w:tcW w:type="dxa" w:w="1928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Должность (при наличии)</w:t>
            </w:r>
          </w:p>
        </w:tc>
        <w:tc>
          <w:tcPr>
            <w:tcW w:type="dxa" w:w="3402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Наименование, дата, номер документа, подтверждающего полномочие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Подпись</w:t>
            </w:r>
          </w:p>
        </w:tc>
      </w:tr>
      <w:tr>
        <w:trPr>
          <w:tblHeader w:val="true"/>
          <w:cantSplit/>
        </w:trPr>
        <w:tc>
          <w:tcPr>
            <w:tcW w:type="dxa" w:w="567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1</w:t>
            </w:r>
          </w:p>
        </w:tc>
        <w:tc>
          <w:tcPr>
            <w:tcW w:type="dxa" w:w="2608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2</w:t>
            </w:r>
          </w:p>
        </w:tc>
        <w:tc>
          <w:tcPr>
            <w:tcW w:type="dxa" w:w="1928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3402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5</w:t>
            </w:r>
          </w:p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608"/>
          </w:tcPr>
          <w:p/>
        </w:tc>
        <w:tc>
          <w:tcPr>
            <w:tcW w:type="dxa" w:w="1928"/>
          </w:tcPr>
          <w:p/>
        </w:tc>
        <w:tc>
          <w:tcPr>
            <w:tcW w:type="dxa" w:w="3402"/>
          </w:tcPr>
          <w:p/>
        </w:tc>
        <w:tc>
          <w:tcPr>
            <w:tcW w:type="dxa" w:w="1701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608"/>
          </w:tcPr>
          <w:p/>
        </w:tc>
        <w:tc>
          <w:tcPr>
            <w:tcW w:type="dxa" w:w="1928"/>
          </w:tcPr>
          <w:p/>
        </w:tc>
        <w:tc>
          <w:tcPr>
            <w:tcW w:type="dxa" w:w="3402"/>
          </w:tcPr>
          <w:p/>
        </w:tc>
        <w:tc>
          <w:tcPr>
            <w:tcW w:type="dxa" w:w="1701"/>
          </w:tcPr>
          <w:p/>
        </w:tc>
      </w:tr>
    </w:tbl>
    <w:p>
      <w:pPr>
        <w:spacing w:before="160" w:after="0"/>
      </w:pPr>
      <w:r>
        <w:rPr>
          <w:b/>
          <w:i w:val="0"/>
        </w:rPr>
        <w:t>Сведения о выданном разрешении на строительство (заполняется в случае, если разрешение на строительство требуется в соответствии со статьей 51 Градостроительного кодекса Российской Федерации (Собрание законодательства Российской Федерации, 2005, № 1, ст. 16; 2022, № 29, ст. 5317)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(номер, дата выдачи разрешения на строительство, наименование органа исполнительной власти,</w:t>
            </w:r>
          </w:p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государственной корпорации или органа местного самоуправления, выдавших разрешение)</w:t>
            </w:r>
          </w:p>
        </w:tc>
      </w:tr>
    </w:tbl>
    <w:p>
      <w:pPr>
        <w:spacing w:before="160" w:after="0"/>
      </w:pPr>
      <w:r>
        <w:rPr>
          <w:b/>
          <w:i w:val="0"/>
        </w:rPr>
        <w:t>Лицо, осуществляющее подготовку проектной документации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(фамилия, имя, отчество (последнее – при наличии), адрес места жительства, адрес электронной почты (при наличии), ОГРНИП, ИНН индивидуального предпринимателя,</w:t>
            </w:r>
          </w:p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полное и (или) сокращенное наименование, ОГРН, ИНН, место нахождения юридического лица, телефон/факс, адрес электронной почты (при наличии),</w:t>
            </w:r>
          </w:p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</w:t>
            </w:r>
          </w:p>
        </w:tc>
      </w:tr>
    </w:tbl>
    <w:p>
      <w:pPr>
        <w:spacing w:before="120" w:after="0"/>
      </w:pPr>
      <w:r>
        <w:rPr>
          <w:b w:val="0"/>
          <w:i w:val="0"/>
        </w:rPr>
        <w:t>Уполномоченный представитель лица, осуществляющего подготовку проектной документации, по вопросам проверки соответствия выполняемых работ проектной документации (далее – авторский надзор)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6"/>
        <w:gridCol w:w="2607"/>
        <w:gridCol w:w="1700"/>
        <w:gridCol w:w="1700"/>
        <w:gridCol w:w="2607"/>
        <w:gridCol w:w="1020"/>
      </w:tblGrid>
      <w:tr>
        <w:trPr>
          <w:tblHeader w:val="true"/>
          <w:tblHeader w:val="true"/>
          <w:tblHeader w:val="true"/>
          <w:tblHeader w:val="true"/>
          <w:tblHeader w:val="true"/>
          <w:tblHeader w:val="true"/>
          <w:cantSplit/>
        </w:trPr>
        <w:tc>
          <w:tcPr>
            <w:tcW w:type="dxa" w:w="567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№ п/п</w:t>
            </w:r>
          </w:p>
        </w:tc>
        <w:tc>
          <w:tcPr>
            <w:tcW w:type="dxa" w:w="2608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Полное и (или) сокращенное наименование или фамилия, имя, отчество (последнее – при наличии) лица, осуществляющего подготовку проектной документации, сведения о разделах проектной документации, подготовленных этим лицом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Фамилия, имя, отчество (последнее – при наличии), должность (при наличии)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Наименование, дата, номер документа, подтверждающего полномочие</w:t>
            </w:r>
          </w:p>
        </w:tc>
        <w:tc>
          <w:tcPr>
            <w:tcW w:type="dxa" w:w="2608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Идентификационный номер в национальном реестре специалистов в области архитектурно-строительного проектирования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</w:t>
            </w:r>
          </w:p>
        </w:tc>
        <w:tc>
          <w:tcPr>
            <w:tcW w:type="dxa" w:w="1020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Подпись</w:t>
            </w:r>
          </w:p>
        </w:tc>
      </w:tr>
      <w:tr>
        <w:trPr>
          <w:tblHeader w:val="true"/>
          <w:cantSplit/>
        </w:trPr>
        <w:tc>
          <w:tcPr>
            <w:tcW w:type="dxa" w:w="567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1</w:t>
            </w:r>
          </w:p>
        </w:tc>
        <w:tc>
          <w:tcPr>
            <w:tcW w:type="dxa" w:w="2608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2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2608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5</w:t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6</w:t>
            </w:r>
          </w:p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608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2608"/>
          </w:tcPr>
          <w:p/>
        </w:tc>
        <w:tc>
          <w:tcPr>
            <w:tcW w:type="dxa" w:w="1020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608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  <w:tc>
          <w:tcPr>
            <w:tcW w:type="dxa" w:w="2608"/>
          </w:tcPr>
          <w:p/>
        </w:tc>
        <w:tc>
          <w:tcPr>
            <w:tcW w:type="dxa" w:w="1020"/>
          </w:tcPr>
          <w:p/>
        </w:tc>
      </w:tr>
    </w:tbl>
    <w:p>
      <w:pPr>
        <w:spacing w:before="160" w:after="0"/>
      </w:pPr>
      <w:r>
        <w:rPr>
          <w:b/>
          <w:i w:val="0"/>
        </w:rPr>
        <w:t>Сведения о положительном заключении экспертизы проектной документации (заполняется в случае, если при строительстве, реконструкции объекта капитального строительства в соответствии со статьей 49 Градостроительного кодекса Российской Федерации (Собрание законодательства Российской Федерации, 2005, № 1, ст. 16; 2022, № 29, ст. 5317) проводится экспертиза проектной документации)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(номер и дата выдачи, орган или организация, его утвердившие)</w:t>
            </w:r>
          </w:p>
        </w:tc>
      </w:tr>
    </w:tbl>
    <w:p>
      <w:pPr>
        <w:spacing w:before="160" w:after="0"/>
      </w:pPr>
      <w:r>
        <w:rPr>
          <w:b/>
          <w:i w:val="0"/>
        </w:rPr>
        <w:t>Лицо, осуществляющее строительство, реконструкцию, капитальный ремонт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(фамилия, имя, отчество (последнее – при наличии), адрес места жительства, ОГРНИП, ИНН индивидуального предпринимателя,</w:t>
            </w:r>
          </w:p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полное и (или) сокращенное наименование, ОГРН, ИНН, место нахождения юридического лица, телефон/факс, адрес электронной почты (при наличии),</w:t>
            </w:r>
          </w:p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</w:t>
            </w:r>
          </w:p>
        </w:tc>
      </w:tr>
    </w:tbl>
    <w:p>
      <w:pPr>
        <w:spacing w:before="120" w:after="0"/>
      </w:pPr>
      <w:r>
        <w:rPr>
          <w:b w:val="0"/>
          <w:i w:val="0"/>
        </w:rPr>
        <w:t>Уполномоченный представитель лица, осуществляющего строительство, реконструкцию, капитальный ремонт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6"/>
        <w:gridCol w:w="2041"/>
        <w:gridCol w:w="1474"/>
        <w:gridCol w:w="2041"/>
        <w:gridCol w:w="2948"/>
        <w:gridCol w:w="1133"/>
      </w:tblGrid>
      <w:tr>
        <w:trPr>
          <w:tblHeader w:val="true"/>
          <w:tblHeader w:val="true"/>
          <w:tblHeader w:val="true"/>
          <w:tblHeader w:val="true"/>
          <w:tblHeader w:val="true"/>
          <w:tblHeader w:val="true"/>
          <w:cantSplit/>
        </w:trPr>
        <w:tc>
          <w:tcPr>
            <w:tcW w:type="dxa" w:w="567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№ п/п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Фамилия, имя, отчество (последнее – при наличии)</w:t>
            </w:r>
          </w:p>
        </w:tc>
        <w:tc>
          <w:tcPr>
            <w:tcW w:type="dxa" w:w="1474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Должность (при наличии)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Наименование, дата, номер документа, подтверждающего полномочие</w:t>
            </w:r>
          </w:p>
        </w:tc>
        <w:tc>
          <w:tcPr>
            <w:tcW w:type="dxa" w:w="2948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Идентификационный номер в национальном реестре специалистов в области строительства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</w:t>
            </w:r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Подпись</w:t>
            </w:r>
          </w:p>
        </w:tc>
      </w:tr>
      <w:tr>
        <w:trPr>
          <w:tblHeader w:val="true"/>
          <w:cantSplit/>
        </w:trPr>
        <w:tc>
          <w:tcPr>
            <w:tcW w:type="dxa" w:w="567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1</w:t>
            </w:r>
          </w:p>
        </w:tc>
        <w:tc>
          <w:tcPr>
            <w:tcW w:type="dxa" w:w="2041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2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2041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2948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5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6</w:t>
            </w:r>
          </w:p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041"/>
          </w:tcPr>
          <w:p/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948"/>
          </w:tcPr>
          <w:p/>
        </w:tc>
        <w:tc>
          <w:tcPr>
            <w:tcW w:type="dxa" w:w="113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041"/>
          </w:tcPr>
          <w:p/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  <w:tc>
          <w:tcPr>
            <w:tcW w:type="dxa" w:w="2948"/>
          </w:tcPr>
          <w:p/>
        </w:tc>
        <w:tc>
          <w:tcPr>
            <w:tcW w:type="dxa" w:w="1134"/>
          </w:tcPr>
          <w:p/>
        </w:tc>
      </w:tr>
    </w:tbl>
    <w:p>
      <w:pPr>
        <w:spacing w:before="120" w:after="0"/>
      </w:pPr>
      <w:r>
        <w:rPr>
          <w:b w:val="0"/>
          <w:i w:val="0"/>
        </w:rPr>
        <w:t>Уполномоченный представитель застройщика или технического заказчика по вопросам строительного контроля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6"/>
        <w:gridCol w:w="2607"/>
        <w:gridCol w:w="1927"/>
        <w:gridCol w:w="3401"/>
        <w:gridCol w:w="1700"/>
      </w:tblGrid>
      <w:tr>
        <w:trPr>
          <w:tblHeader w:val="true"/>
          <w:tblHeader w:val="true"/>
          <w:tblHeader w:val="true"/>
          <w:tblHeader w:val="true"/>
          <w:tblHeader w:val="true"/>
          <w:cantSplit/>
        </w:trPr>
        <w:tc>
          <w:tcPr>
            <w:tcW w:type="dxa" w:w="567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№ п/п</w:t>
            </w:r>
          </w:p>
        </w:tc>
        <w:tc>
          <w:tcPr>
            <w:tcW w:type="dxa" w:w="2608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Фамилия, имя, отчество (последнее – при наличии)</w:t>
            </w:r>
          </w:p>
        </w:tc>
        <w:tc>
          <w:tcPr>
            <w:tcW w:type="dxa" w:w="1928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Должность (при наличии)</w:t>
            </w:r>
          </w:p>
        </w:tc>
        <w:tc>
          <w:tcPr>
            <w:tcW w:type="dxa" w:w="3402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Наименование, дата, номер документа, подтверждающего полномочие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Подпись</w:t>
            </w:r>
          </w:p>
        </w:tc>
      </w:tr>
      <w:tr>
        <w:trPr>
          <w:tblHeader w:val="true"/>
          <w:cantSplit/>
        </w:trPr>
        <w:tc>
          <w:tcPr>
            <w:tcW w:type="dxa" w:w="567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1</w:t>
            </w:r>
          </w:p>
        </w:tc>
        <w:tc>
          <w:tcPr>
            <w:tcW w:type="dxa" w:w="2608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2</w:t>
            </w:r>
          </w:p>
        </w:tc>
        <w:tc>
          <w:tcPr>
            <w:tcW w:type="dxa" w:w="1928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3402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5</w:t>
            </w:r>
          </w:p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608"/>
          </w:tcPr>
          <w:p/>
        </w:tc>
        <w:tc>
          <w:tcPr>
            <w:tcW w:type="dxa" w:w="1928"/>
          </w:tcPr>
          <w:p/>
        </w:tc>
        <w:tc>
          <w:tcPr>
            <w:tcW w:type="dxa" w:w="3402"/>
          </w:tcPr>
          <w:p/>
        </w:tc>
        <w:tc>
          <w:tcPr>
            <w:tcW w:type="dxa" w:w="1701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608"/>
          </w:tcPr>
          <w:p/>
        </w:tc>
        <w:tc>
          <w:tcPr>
            <w:tcW w:type="dxa" w:w="1928"/>
          </w:tcPr>
          <w:p/>
        </w:tc>
        <w:tc>
          <w:tcPr>
            <w:tcW w:type="dxa" w:w="3402"/>
          </w:tcPr>
          <w:p/>
        </w:tc>
        <w:tc>
          <w:tcPr>
            <w:tcW w:type="dxa" w:w="1701"/>
          </w:tcPr>
          <w:p/>
        </w:tc>
      </w:tr>
    </w:tbl>
    <w:p>
      <w:pPr>
        <w:spacing w:before="120" w:after="0"/>
      </w:pPr>
      <w:r>
        <w:rPr>
          <w:b w:val="0"/>
          <w:i w:val="0"/>
        </w:rPr>
        <w:t>Уполномоченный представитель лица, ответственного за эксплуатацию здания, сооружения, и (или) регионального оператора по вопросам строительного контроля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6"/>
        <w:gridCol w:w="2607"/>
        <w:gridCol w:w="1927"/>
        <w:gridCol w:w="3401"/>
        <w:gridCol w:w="1700"/>
      </w:tblGrid>
      <w:tr>
        <w:trPr>
          <w:tblHeader w:val="true"/>
          <w:tblHeader w:val="true"/>
          <w:tblHeader w:val="true"/>
          <w:tblHeader w:val="true"/>
          <w:tblHeader w:val="true"/>
          <w:cantSplit/>
        </w:trPr>
        <w:tc>
          <w:tcPr>
            <w:tcW w:type="dxa" w:w="567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№ п/п</w:t>
            </w:r>
          </w:p>
        </w:tc>
        <w:tc>
          <w:tcPr>
            <w:tcW w:type="dxa" w:w="2608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Фамилия, имя, отчество (последнее – при наличии)</w:t>
            </w:r>
          </w:p>
        </w:tc>
        <w:tc>
          <w:tcPr>
            <w:tcW w:type="dxa" w:w="1928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Должность (при наличии)</w:t>
            </w:r>
          </w:p>
        </w:tc>
        <w:tc>
          <w:tcPr>
            <w:tcW w:type="dxa" w:w="3402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Наименование, дата, номер документа, подтверждающего полномочие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Подпись</w:t>
            </w:r>
          </w:p>
        </w:tc>
      </w:tr>
      <w:tr>
        <w:trPr>
          <w:tblHeader w:val="true"/>
          <w:cantSplit/>
        </w:trPr>
        <w:tc>
          <w:tcPr>
            <w:tcW w:type="dxa" w:w="567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1</w:t>
            </w:r>
          </w:p>
        </w:tc>
        <w:tc>
          <w:tcPr>
            <w:tcW w:type="dxa" w:w="2608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2</w:t>
            </w:r>
          </w:p>
        </w:tc>
        <w:tc>
          <w:tcPr>
            <w:tcW w:type="dxa" w:w="1928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3402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5</w:t>
            </w:r>
          </w:p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608"/>
          </w:tcPr>
          <w:p/>
        </w:tc>
        <w:tc>
          <w:tcPr>
            <w:tcW w:type="dxa" w:w="1928"/>
          </w:tcPr>
          <w:p/>
        </w:tc>
        <w:tc>
          <w:tcPr>
            <w:tcW w:type="dxa" w:w="3402"/>
          </w:tcPr>
          <w:p/>
        </w:tc>
        <w:tc>
          <w:tcPr>
            <w:tcW w:type="dxa" w:w="1701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608"/>
          </w:tcPr>
          <w:p/>
        </w:tc>
        <w:tc>
          <w:tcPr>
            <w:tcW w:type="dxa" w:w="1928"/>
          </w:tcPr>
          <w:p/>
        </w:tc>
        <w:tc>
          <w:tcPr>
            <w:tcW w:type="dxa" w:w="3402"/>
          </w:tcPr>
          <w:p/>
        </w:tc>
        <w:tc>
          <w:tcPr>
            <w:tcW w:type="dxa" w:w="1701"/>
          </w:tcPr>
          <w:p/>
        </w:tc>
      </w:tr>
    </w:tbl>
    <w:p>
      <w:pPr>
        <w:spacing w:before="120" w:after="0"/>
      </w:pPr>
      <w:r>
        <w:rPr>
          <w:b w:val="0"/>
          <w:i w:val="0"/>
        </w:rPr>
        <w:t>Уполномоченный представитель лица, осуществляющего строительство, реконструкцию, капитальный ремонт, по вопросам строительного контроля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6"/>
        <w:gridCol w:w="2607"/>
        <w:gridCol w:w="1927"/>
        <w:gridCol w:w="3401"/>
        <w:gridCol w:w="1700"/>
      </w:tblGrid>
      <w:tr>
        <w:trPr>
          <w:tblHeader w:val="true"/>
          <w:tblHeader w:val="true"/>
          <w:tblHeader w:val="true"/>
          <w:tblHeader w:val="true"/>
          <w:tblHeader w:val="true"/>
          <w:cantSplit/>
        </w:trPr>
        <w:tc>
          <w:tcPr>
            <w:tcW w:type="dxa" w:w="567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№ п/п</w:t>
            </w:r>
          </w:p>
        </w:tc>
        <w:tc>
          <w:tcPr>
            <w:tcW w:type="dxa" w:w="2608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Фамилия, имя, отчество (последнее – при наличии)</w:t>
            </w:r>
          </w:p>
        </w:tc>
        <w:tc>
          <w:tcPr>
            <w:tcW w:type="dxa" w:w="1928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Должность (при наличии)</w:t>
            </w:r>
          </w:p>
        </w:tc>
        <w:tc>
          <w:tcPr>
            <w:tcW w:type="dxa" w:w="3402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Наименование, дата, номер документа, подтверждающего полномочие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Подпись</w:t>
            </w:r>
          </w:p>
        </w:tc>
      </w:tr>
      <w:tr>
        <w:trPr>
          <w:tblHeader w:val="true"/>
          <w:cantSplit/>
        </w:trPr>
        <w:tc>
          <w:tcPr>
            <w:tcW w:type="dxa" w:w="567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1</w:t>
            </w:r>
          </w:p>
        </w:tc>
        <w:tc>
          <w:tcPr>
            <w:tcW w:type="dxa" w:w="2608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2</w:t>
            </w:r>
          </w:p>
        </w:tc>
        <w:tc>
          <w:tcPr>
            <w:tcW w:type="dxa" w:w="1928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3402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5</w:t>
            </w:r>
          </w:p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608"/>
          </w:tcPr>
          <w:p/>
        </w:tc>
        <w:tc>
          <w:tcPr>
            <w:tcW w:type="dxa" w:w="1928"/>
          </w:tcPr>
          <w:p/>
        </w:tc>
        <w:tc>
          <w:tcPr>
            <w:tcW w:type="dxa" w:w="3402"/>
          </w:tcPr>
          <w:p/>
        </w:tc>
        <w:tc>
          <w:tcPr>
            <w:tcW w:type="dxa" w:w="1701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608"/>
          </w:tcPr>
          <w:p/>
        </w:tc>
        <w:tc>
          <w:tcPr>
            <w:tcW w:type="dxa" w:w="1928"/>
          </w:tcPr>
          <w:p/>
        </w:tc>
        <w:tc>
          <w:tcPr>
            <w:tcW w:type="dxa" w:w="3402"/>
          </w:tcPr>
          <w:p/>
        </w:tc>
        <w:tc>
          <w:tcPr>
            <w:tcW w:type="dxa" w:w="1701"/>
          </w:tcPr>
          <w:p/>
        </w:tc>
      </w:tr>
    </w:tbl>
    <w:p>
      <w:pPr>
        <w:spacing w:before="120" w:after="0"/>
      </w:pPr>
      <w:r>
        <w:rPr>
          <w:b w:val="0"/>
          <w:i w:val="0"/>
        </w:rPr>
        <w:t>Другие лица, осуществляющие строительство, реконструкцию, капитальный ремонт, их уполномоченные представители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6"/>
        <w:gridCol w:w="3515"/>
        <w:gridCol w:w="2834"/>
        <w:gridCol w:w="1927"/>
        <w:gridCol w:w="1360"/>
      </w:tblGrid>
      <w:tr>
        <w:trPr>
          <w:tblHeader w:val="true"/>
          <w:tblHeader w:val="true"/>
          <w:tblHeader w:val="true"/>
          <w:tblHeader w:val="true"/>
          <w:tblHeader w:val="true"/>
          <w:cantSplit/>
        </w:trPr>
        <w:tc>
          <w:tcPr>
            <w:tcW w:type="dxa" w:w="567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№ п/п</w:t>
            </w:r>
          </w:p>
        </w:tc>
        <w:tc>
          <w:tcPr>
            <w:tcW w:type="dxa" w:w="3515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Фамилия, имя, отчество (последнее – при наличии), адрес места жительства, ОГРНИП, ИНН – для индивидуальных предпринимателей, полное и (или) сокращенное наименование, ОГРН, ИНН, место нахождения – для юридических лиц, фамилия, имя, отчество (последнее – при наличии) паспортные данные, адрес места жительства – для физических лиц, не являющихся индивидуальными предпринимателями</w:t>
            </w:r>
          </w:p>
        </w:tc>
        <w:tc>
          <w:tcPr>
            <w:tcW w:type="dxa" w:w="2835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Фамилия, имя, отчество (последнее – при наличии), должность (при наличии) уполномоченного представителя лица, осуществляющего строительство, реконструкцию, капитальный ремонт, наименование, дата, номер документа, подтверждающего полномочие</w:t>
            </w:r>
          </w:p>
        </w:tc>
        <w:tc>
          <w:tcPr>
            <w:tcW w:type="dxa" w:w="1928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Выполняемые работы по строительству, реконструкции, капитальному ремонту объекта капитального строительства</w:t>
            </w:r>
          </w:p>
        </w:tc>
        <w:tc>
          <w:tcPr>
            <w:tcW w:type="dxa" w:w="1361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Подпись уполномоченного представителя лица, осуществляющего строительство, реконструкцию, капитальный ремонт</w:t>
            </w:r>
          </w:p>
        </w:tc>
      </w:tr>
      <w:tr>
        <w:trPr>
          <w:tblHeader w:val="true"/>
          <w:cantSplit/>
        </w:trPr>
        <w:tc>
          <w:tcPr>
            <w:tcW w:type="dxa" w:w="567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1</w:t>
            </w:r>
          </w:p>
        </w:tc>
        <w:tc>
          <w:tcPr>
            <w:tcW w:type="dxa" w:w="3515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2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928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5</w:t>
            </w:r>
          </w:p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3515"/>
          </w:tcPr>
          <w:p/>
        </w:tc>
        <w:tc>
          <w:tcPr>
            <w:tcW w:type="dxa" w:w="2835"/>
          </w:tcPr>
          <w:p/>
        </w:tc>
        <w:tc>
          <w:tcPr>
            <w:tcW w:type="dxa" w:w="1928"/>
          </w:tcPr>
          <w:p/>
        </w:tc>
        <w:tc>
          <w:tcPr>
            <w:tcW w:type="dxa" w:w="1361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3515"/>
          </w:tcPr>
          <w:p/>
        </w:tc>
        <w:tc>
          <w:tcPr>
            <w:tcW w:type="dxa" w:w="2835"/>
          </w:tcPr>
          <w:p/>
        </w:tc>
        <w:tc>
          <w:tcPr>
            <w:tcW w:type="dxa" w:w="1928"/>
          </w:tcPr>
          <w:p/>
        </w:tc>
        <w:tc>
          <w:tcPr>
            <w:tcW w:type="dxa" w:w="1361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3515"/>
          </w:tcPr>
          <w:p/>
        </w:tc>
        <w:tc>
          <w:tcPr>
            <w:tcW w:type="dxa" w:w="2835"/>
          </w:tcPr>
          <w:p/>
        </w:tc>
        <w:tc>
          <w:tcPr>
            <w:tcW w:type="dxa" w:w="1928"/>
          </w:tcPr>
          <w:p/>
        </w:tc>
        <w:tc>
          <w:tcPr>
            <w:tcW w:type="dxa" w:w="1361"/>
          </w:tcPr>
          <w:p/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988"/>
        <w:gridCol w:w="5216"/>
      </w:tblGrid>
      <w:tr>
        <w:trPr>
          <w:cantSplit/>
        </w:trPr>
        <w:tc>
          <w:tcPr>
            <w:tcW w:type="dxa" w:w="4989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Сведения о государственном строительном надзоре</w:t>
            </w:r>
          </w:p>
        </w:tc>
        <w:tc>
          <w:tcPr>
            <w:tcW w:type="dxa" w:w="5216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4989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/>
        </w:tc>
        <w:tc>
          <w:tcPr>
            <w:tcW w:type="dxa" w:w="5216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(наименование органа</w:t>
            </w:r>
          </w:p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государственного строительного надзора, почтовые реквизиты, телефон/факс, адрес электронной почты (при наличии),</w:t>
            </w:r>
          </w:p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фамилия, имя, отчество (последнее – при наличии), должность должностного лица,</w:t>
            </w:r>
          </w:p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номер, дата приказа (распоряжения) о назначении должностного лица ответственным за осуществление государственного строительного надзора на объекте капитального строительства)</w:t>
            </w:r>
          </w:p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555"/>
        <w:gridCol w:w="4649"/>
      </w:tblGrid>
      <w:tr>
        <w:trPr>
          <w:cantSplit/>
        </w:trPr>
        <w:tc>
          <w:tcPr>
            <w:tcW w:type="dxa" w:w="5556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Общие сведения об объекте капитального строительства</w:t>
            </w:r>
          </w:p>
        </w:tc>
        <w:tc>
          <w:tcPr>
            <w:tcW w:type="dxa" w:w="4649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5556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/>
        </w:tc>
        <w:tc>
          <w:tcPr>
            <w:tcW w:type="dxa" w:w="4649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(наименование объекта</w:t>
            </w:r>
          </w:p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капитального строительства, краткие проектные характеристики объекта</w:t>
            </w:r>
          </w:p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205"/>
      </w:tblGrid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020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капитального строительства)</w:t>
            </w:r>
          </w:p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8503"/>
        <w:gridCol w:w="1701"/>
      </w:tblGrid>
      <w:tr>
        <w:trPr>
          <w:cantSplit/>
        </w:trPr>
        <w:tc>
          <w:tcPr>
            <w:tcW w:type="dxa" w:w="850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Начало строительства, реконструкции, капитального ремонта объекта капитального строительства</w:t>
            </w:r>
          </w:p>
        </w:tc>
        <w:tc>
          <w:tcPr>
            <w:tcW w:type="dxa" w:w="170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850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/>
        </w:tc>
        <w:tc>
          <w:tcPr>
            <w:tcW w:type="dxa" w:w="170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(дата)</w:t>
            </w:r>
          </w:p>
        </w:tc>
      </w:tr>
    </w:tbl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8503"/>
        <w:gridCol w:w="1701"/>
      </w:tblGrid>
      <w:tr>
        <w:trPr>
          <w:cantSplit/>
        </w:trPr>
        <w:tc>
          <w:tcPr>
            <w:tcW w:type="dxa" w:w="850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>
            <w:r>
              <w:rPr>
                <w:b w:val="0"/>
                <w:i w:val="0"/>
              </w:rPr>
              <w:t>Окончание строительства, реконструкции, капитального ремонта объекта капитального строительства</w:t>
            </w:r>
          </w:p>
        </w:tc>
        <w:tc>
          <w:tcPr>
            <w:tcW w:type="dxa" w:w="170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30" w:type="dxa"/>
              <w:top w:w="2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850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/>
        </w:tc>
        <w:tc>
          <w:tcPr>
            <w:tcW w:type="dxa" w:w="170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(дата)</w:t>
            </w:r>
          </w:p>
        </w:tc>
      </w:tr>
    </w:tbl>
    <w:p>
      <w:pPr>
        <w:spacing w:before="160" w:after="0"/>
      </w:pPr>
      <w:r>
        <w:rPr>
          <w:b w:val="0"/>
          <w:i w:val="0"/>
        </w:rPr>
        <w:t>В настоящем журнале ______ страниц. Журнал пронумерован, сброшюрован и скреплен печатью (заполняется в случае, если общий журнал, в котором ведется учет выполненных работ, ведется на бумажном носителе).</w:t>
      </w:r>
    </w:p>
    <w:p>
      <w:pPr>
        <w:spacing w:before="120" w:after="0"/>
      </w:pPr>
      <w:r>
        <w:rPr>
          <w:b w:val="0"/>
          <w:i w:val="0"/>
        </w:rPr>
        <w:t>В журнале содержится учет выполнения работ в период с ________________ по ________________ (заполняется в случае, если в процессе строительства, реконструкции, капитального ремонта велось несколько журналов)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960"/>
        <w:gridCol w:w="340"/>
        <w:gridCol w:w="2801"/>
        <w:gridCol w:w="340"/>
        <w:gridCol w:w="4762"/>
      </w:tblGrid>
      <w:tr>
        <w:trPr>
          <w:cantSplit/>
        </w:trPr>
        <w:tc>
          <w:tcPr>
            <w:tcW w:type="dxa" w:w="196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20" w:type="dxa"/>
              <w:top w:w="360" w:type="dxa"/>
              <w:bottom w:w="0" w:type="dxa"/>
            </w:tcMar>
            <w:vAlign w:val="bottom"/>
          </w:tcPr>
          <w:p/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20" w:type="dxa"/>
              <w:top w:w="360" w:type="dxa"/>
              <w:bottom w:w="0" w:type="dxa"/>
            </w:tcMar>
            <w:vAlign w:val="bottom"/>
          </w:tcPr>
          <w:p/>
        </w:tc>
        <w:tc>
          <w:tcPr>
            <w:tcW w:type="dxa" w:w="280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20" w:type="dxa"/>
              <w:top w:w="360" w:type="dxa"/>
              <w:bottom w:w="0" w:type="dxa"/>
            </w:tcMar>
            <w:vAlign w:val="bottom"/>
          </w:tcPr>
          <w:p/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20" w:type="dxa"/>
              <w:top w:w="360" w:type="dxa"/>
              <w:bottom w:w="0" w:type="dxa"/>
            </w:tcMar>
            <w:vAlign w:val="bottom"/>
          </w:tcPr>
          <w:p/>
        </w:tc>
        <w:tc>
          <w:tcPr>
            <w:tcW w:type="dxa" w:w="476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20" w:type="dxa"/>
              <w:top w:w="36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96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(подпись)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/>
        </w:tc>
        <w:tc>
          <w:tcPr>
            <w:tcW w:type="dxa" w:w="280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(расшифровка подписи)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/>
        </w:tc>
        <w:tc>
          <w:tcPr>
            <w:tcW w:type="dxa" w:w="476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(должность (при наличии) – для застройщика или технического заказчика, являющегося юридическим лицом)</w:t>
            </w:r>
          </w:p>
        </w:tc>
      </w:tr>
    </w:tbl>
    <w:p>
      <w:pPr>
        <w:spacing w:before="120" w:after="0"/>
      </w:pPr>
      <w:r>
        <w:rPr>
          <w:b w:val="0"/>
          <w:i w:val="0"/>
        </w:rPr>
        <w:t>М.П.</w:t>
      </w:r>
    </w:p>
    <w:p>
      <w:pPr>
        <w:spacing w:before="0" w:after="0"/>
      </w:pPr>
      <w:r>
        <w:rPr>
          <w:b w:val="0"/>
          <w:i w:val="0"/>
          <w:sz w:val="16"/>
        </w:rPr>
        <w:t>(при наличии)</w:t>
      </w:r>
    </w:p>
    <w:p>
      <w:pPr>
        <w:spacing w:before="0" w:after="0"/>
      </w:pPr>
      <w:r>
        <w:rPr>
          <w:b w:val="0"/>
          <w:i w:val="0"/>
          <w:sz w:val="16"/>
        </w:rPr>
        <w:t>(для застройщика или технического заказчика, являющегося юридическим лицом, заполняется в случае, если общий журнал, в котором ведется учет выполненных работ, ведется на бумажном носителе)</w:t>
      </w:r>
    </w:p>
    <w:p>
      <w:pPr>
        <w:spacing w:before="200" w:after="0"/>
      </w:pPr>
      <w:r>
        <w:rPr>
          <w:b/>
          <w:i w:val="0"/>
        </w:rPr>
        <w:t>Регистрационная надпись органа государственного строительного надзора</w:t>
      </w:r>
    </w:p>
    <w:p>
      <w:pPr>
        <w:spacing w:before="0" w:after="0"/>
      </w:pPr>
      <w:r>
        <w:rPr>
          <w:b w:val="0"/>
          <w:i w:val="0"/>
          <w:sz w:val="16"/>
        </w:rPr>
        <w:t>(заполняется должностным лицом органа государственного строительного надзора)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960"/>
        <w:gridCol w:w="340"/>
        <w:gridCol w:w="3081"/>
        <w:gridCol w:w="340"/>
        <w:gridCol w:w="4482"/>
      </w:tblGrid>
      <w:tr>
        <w:trPr>
          <w:cantSplit/>
        </w:trPr>
        <w:tc>
          <w:tcPr>
            <w:tcW w:type="dxa" w:w="1961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20" w:type="dxa"/>
              <w:top w:w="360" w:type="dxa"/>
              <w:bottom w:w="0" w:type="dxa"/>
            </w:tcMar>
            <w:vAlign w:val="bottom"/>
          </w:tcPr>
          <w:p/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20" w:type="dxa"/>
              <w:top w:w="360" w:type="dxa"/>
              <w:bottom w:w="0" w:type="dxa"/>
            </w:tcMar>
            <w:vAlign w:val="bottom"/>
          </w:tcPr>
          <w:p/>
        </w:tc>
        <w:tc>
          <w:tcPr>
            <w:tcW w:type="dxa" w:w="308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20" w:type="dxa"/>
              <w:top w:w="360" w:type="dxa"/>
              <w:bottom w:w="0" w:type="dxa"/>
            </w:tcMar>
            <w:vAlign w:val="bottom"/>
          </w:tcPr>
          <w:p/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20" w:type="dxa"/>
              <w:top w:w="360" w:type="dxa"/>
              <w:bottom w:w="0" w:type="dxa"/>
            </w:tcMar>
            <w:vAlign w:val="bottom"/>
          </w:tcPr>
          <w:p/>
        </w:tc>
        <w:tc>
          <w:tcPr>
            <w:tcW w:type="dxa" w:w="4482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left w:w="0" w:type="dxa"/>
              <w:right w:w="20" w:type="dxa"/>
              <w:top w:w="360" w:type="dxa"/>
              <w:bottom w:w="0" w:type="dxa"/>
            </w:tcMar>
            <w:vAlign w:val="bottom"/>
          </w:tcPr>
          <w:p/>
        </w:tc>
      </w:tr>
      <w:tr>
        <w:trPr>
          <w:cantSplit/>
        </w:trPr>
        <w:tc>
          <w:tcPr>
            <w:tcW w:type="dxa" w:w="1961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(личная подпись)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/>
        </w:tc>
        <w:tc>
          <w:tcPr>
            <w:tcW w:type="dxa" w:w="308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(расшифровка подписи)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/>
        </w:tc>
        <w:tc>
          <w:tcPr>
            <w:tcW w:type="dxa" w:w="448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  <w:top w:w="0" w:type="dxa"/>
              <w:bottom w:w="40" w:type="dxa"/>
            </w:tcMar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(должность (при наличии))</w:t>
            </w:r>
          </w:p>
        </w:tc>
      </w:tr>
    </w:tbl>
    <w:p>
      <w:pPr>
        <w:spacing w:before="120" w:after="0"/>
      </w:pPr>
      <w:r>
        <w:rPr>
          <w:b w:val="0"/>
          <w:i w:val="0"/>
        </w:rPr>
        <w:t>«____» _______________ ____ г.</w:t>
      </w:r>
    </w:p>
    <w:p>
      <w:r>
        <w:br w:type="page"/>
      </w:r>
    </w:p>
    <w:p>
      <w:pPr>
        <w:spacing w:before="0" w:after="160"/>
        <w:jc w:val="center"/>
      </w:pPr>
      <w:r>
        <w:rPr>
          <w:b/>
          <w:i w:val="0"/>
        </w:rPr>
        <w:t>Сведения об изменениях в записях титульного листа общего журнала, в котором ведется учет выполнения работ по строительству, реконструкции, капитальному ремонту объекта капитального строительства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6"/>
        <w:gridCol w:w="1133"/>
        <w:gridCol w:w="3401"/>
        <w:gridCol w:w="3968"/>
        <w:gridCol w:w="1133"/>
      </w:tblGrid>
      <w:tr>
        <w:trPr>
          <w:tblHeader w:val="true"/>
          <w:tblHeader w:val="true"/>
          <w:tblHeader w:val="true"/>
          <w:tblHeader w:val="true"/>
          <w:tblHeader w:val="true"/>
          <w:cantSplit/>
        </w:trPr>
        <w:tc>
          <w:tcPr>
            <w:tcW w:type="dxa" w:w="567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№ п/п</w:t>
            </w:r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Дата</w:t>
            </w:r>
          </w:p>
        </w:tc>
        <w:tc>
          <w:tcPr>
            <w:tcW w:type="dxa" w:w="3402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Изменения в записях с указанием основания</w:t>
            </w:r>
          </w:p>
        </w:tc>
        <w:tc>
          <w:tcPr>
            <w:tcW w:type="dxa" w:w="3969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Фамилия, инициалы, должность (при наличии) лица, внесшего изменения, наименование, дата, номер документа, подтверждающего полномочие лица</w:t>
            </w:r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Подпись</w:t>
            </w:r>
          </w:p>
        </w:tc>
      </w:tr>
      <w:tr>
        <w:trPr>
          <w:tblHeader w:val="true"/>
          <w:cantSplit/>
        </w:trPr>
        <w:tc>
          <w:tcPr>
            <w:tcW w:type="dxa" w:w="567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1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2</w:t>
            </w:r>
          </w:p>
        </w:tc>
        <w:tc>
          <w:tcPr>
            <w:tcW w:type="dxa" w:w="3402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3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4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5</w:t>
            </w:r>
          </w:p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3402"/>
          </w:tcPr>
          <w:p/>
        </w:tc>
        <w:tc>
          <w:tcPr>
            <w:tcW w:type="dxa" w:w="3969"/>
          </w:tcPr>
          <w:p/>
        </w:tc>
        <w:tc>
          <w:tcPr>
            <w:tcW w:type="dxa" w:w="113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3402"/>
          </w:tcPr>
          <w:p/>
        </w:tc>
        <w:tc>
          <w:tcPr>
            <w:tcW w:type="dxa" w:w="3969"/>
          </w:tcPr>
          <w:p/>
        </w:tc>
        <w:tc>
          <w:tcPr>
            <w:tcW w:type="dxa" w:w="113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3402"/>
          </w:tcPr>
          <w:p/>
        </w:tc>
        <w:tc>
          <w:tcPr>
            <w:tcW w:type="dxa" w:w="3969"/>
          </w:tcPr>
          <w:p/>
        </w:tc>
        <w:tc>
          <w:tcPr>
            <w:tcW w:type="dxa" w:w="113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3402"/>
          </w:tcPr>
          <w:p/>
        </w:tc>
        <w:tc>
          <w:tcPr>
            <w:tcW w:type="dxa" w:w="3969"/>
          </w:tcPr>
          <w:p/>
        </w:tc>
        <w:tc>
          <w:tcPr>
            <w:tcW w:type="dxa" w:w="113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3402"/>
          </w:tcPr>
          <w:p/>
        </w:tc>
        <w:tc>
          <w:tcPr>
            <w:tcW w:type="dxa" w:w="3969"/>
          </w:tcPr>
          <w:p/>
        </w:tc>
        <w:tc>
          <w:tcPr>
            <w:tcW w:type="dxa" w:w="113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3402"/>
          </w:tcPr>
          <w:p/>
        </w:tc>
        <w:tc>
          <w:tcPr>
            <w:tcW w:type="dxa" w:w="3969"/>
          </w:tcPr>
          <w:p/>
        </w:tc>
        <w:tc>
          <w:tcPr>
            <w:tcW w:type="dxa" w:w="113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3402"/>
          </w:tcPr>
          <w:p/>
        </w:tc>
        <w:tc>
          <w:tcPr>
            <w:tcW w:type="dxa" w:w="3969"/>
          </w:tcPr>
          <w:p/>
        </w:tc>
        <w:tc>
          <w:tcPr>
            <w:tcW w:type="dxa" w:w="113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3402"/>
          </w:tcPr>
          <w:p/>
        </w:tc>
        <w:tc>
          <w:tcPr>
            <w:tcW w:type="dxa" w:w="3969"/>
          </w:tcPr>
          <w:p/>
        </w:tc>
        <w:tc>
          <w:tcPr>
            <w:tcW w:type="dxa" w:w="113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3402"/>
          </w:tcPr>
          <w:p/>
        </w:tc>
        <w:tc>
          <w:tcPr>
            <w:tcW w:type="dxa" w:w="3969"/>
          </w:tcPr>
          <w:p/>
        </w:tc>
        <w:tc>
          <w:tcPr>
            <w:tcW w:type="dxa" w:w="113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3402"/>
          </w:tcPr>
          <w:p/>
        </w:tc>
        <w:tc>
          <w:tcPr>
            <w:tcW w:type="dxa" w:w="3969"/>
          </w:tcPr>
          <w:p/>
        </w:tc>
        <w:tc>
          <w:tcPr>
            <w:tcW w:type="dxa" w:w="113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3402"/>
          </w:tcPr>
          <w:p/>
        </w:tc>
        <w:tc>
          <w:tcPr>
            <w:tcW w:type="dxa" w:w="3969"/>
          </w:tcPr>
          <w:p/>
        </w:tc>
        <w:tc>
          <w:tcPr>
            <w:tcW w:type="dxa" w:w="113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3402"/>
          </w:tcPr>
          <w:p/>
        </w:tc>
        <w:tc>
          <w:tcPr>
            <w:tcW w:type="dxa" w:w="3969"/>
          </w:tcPr>
          <w:p/>
        </w:tc>
        <w:tc>
          <w:tcPr>
            <w:tcW w:type="dxa" w:w="1134"/>
          </w:tcPr>
          <w:p/>
        </w:tc>
      </w:tr>
    </w:tbl>
    <w:p>
      <w:r>
        <w:br w:type="page"/>
      </w:r>
    </w:p>
    <w:p>
      <w:pPr>
        <w:spacing w:before="0" w:after="0"/>
        <w:jc w:val="center"/>
      </w:pPr>
      <w:r>
        <w:rPr>
          <w:b/>
          <w:i w:val="0"/>
          <w:sz w:val="24"/>
        </w:rPr>
        <w:t>РАЗДЕЛ 1</w:t>
      </w:r>
    </w:p>
    <w:p>
      <w:pPr>
        <w:spacing w:before="0" w:after="160"/>
        <w:jc w:val="center"/>
      </w:pPr>
      <w:r>
        <w:rPr>
          <w:b/>
          <w:i w:val="0"/>
        </w:rPr>
        <w:t>Список инженерно-технического персонала лица, осуществляющего строительство, реконструкцию, капитальный ремонт, занятого при строительстве, реконструкции, капитальном ремонте объекта капитального строительства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6"/>
        <w:gridCol w:w="2267"/>
        <w:gridCol w:w="2041"/>
        <w:gridCol w:w="1814"/>
        <w:gridCol w:w="1474"/>
        <w:gridCol w:w="2041"/>
      </w:tblGrid>
      <w:tr>
        <w:trPr>
          <w:tblHeader w:val="true"/>
          <w:tblHeader w:val="true"/>
          <w:tblHeader w:val="true"/>
          <w:tblHeader w:val="true"/>
          <w:tblHeader w:val="true"/>
          <w:tblHeader w:val="true"/>
          <w:cantSplit/>
        </w:trPr>
        <w:tc>
          <w:tcPr>
            <w:tcW w:type="dxa" w:w="567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№ п/п</w:t>
            </w:r>
          </w:p>
        </w:tc>
        <w:tc>
          <w:tcPr>
            <w:tcW w:type="dxa" w:w="2268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Полное и (или) сокращенное наименование или фамилия, имя отчество (последнее – при наличии) лица, осуществляющего строительство, реконструкцию, капитальный ремонт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Фамилия, инициалы, должность (при наличии) лица, входящего в список инженерно-технического персонала</w:t>
            </w:r>
          </w:p>
        </w:tc>
        <w:tc>
          <w:tcPr>
            <w:tcW w:type="dxa" w:w="1814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Дата начала работ на объекте капитального строительства с указанием вида работ</w:t>
            </w:r>
          </w:p>
        </w:tc>
        <w:tc>
          <w:tcPr>
            <w:tcW w:type="dxa" w:w="1474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Дата окончания работ на объекте капитального строительства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Должность (при наличии), фамилия, инициалы, подпись уполномоченного представителя лица, осуществляющего строительство, реконструкцию, капитальный ремонт</w:t>
            </w:r>
          </w:p>
        </w:tc>
      </w:tr>
      <w:tr>
        <w:trPr>
          <w:tblHeader w:val="true"/>
          <w:cantSplit/>
        </w:trPr>
        <w:tc>
          <w:tcPr>
            <w:tcW w:type="dxa" w:w="567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2</w:t>
            </w:r>
          </w:p>
        </w:tc>
        <w:tc>
          <w:tcPr>
            <w:tcW w:type="dxa" w:w="2041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3</w:t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4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5</w:t>
            </w:r>
          </w:p>
        </w:tc>
        <w:tc>
          <w:tcPr>
            <w:tcW w:type="dxa" w:w="2041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6</w:t>
            </w:r>
          </w:p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268"/>
          </w:tcPr>
          <w:p/>
        </w:tc>
        <w:tc>
          <w:tcPr>
            <w:tcW w:type="dxa" w:w="204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268"/>
          </w:tcPr>
          <w:p/>
        </w:tc>
        <w:tc>
          <w:tcPr>
            <w:tcW w:type="dxa" w:w="204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268"/>
          </w:tcPr>
          <w:p/>
        </w:tc>
        <w:tc>
          <w:tcPr>
            <w:tcW w:type="dxa" w:w="204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268"/>
          </w:tcPr>
          <w:p/>
        </w:tc>
        <w:tc>
          <w:tcPr>
            <w:tcW w:type="dxa" w:w="204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268"/>
          </w:tcPr>
          <w:p/>
        </w:tc>
        <w:tc>
          <w:tcPr>
            <w:tcW w:type="dxa" w:w="204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268"/>
          </w:tcPr>
          <w:p/>
        </w:tc>
        <w:tc>
          <w:tcPr>
            <w:tcW w:type="dxa" w:w="204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268"/>
          </w:tcPr>
          <w:p/>
        </w:tc>
        <w:tc>
          <w:tcPr>
            <w:tcW w:type="dxa" w:w="204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268"/>
          </w:tcPr>
          <w:p/>
        </w:tc>
        <w:tc>
          <w:tcPr>
            <w:tcW w:type="dxa" w:w="204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268"/>
          </w:tcPr>
          <w:p/>
        </w:tc>
        <w:tc>
          <w:tcPr>
            <w:tcW w:type="dxa" w:w="204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268"/>
          </w:tcPr>
          <w:p/>
        </w:tc>
        <w:tc>
          <w:tcPr>
            <w:tcW w:type="dxa" w:w="204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268"/>
          </w:tcPr>
          <w:p/>
        </w:tc>
        <w:tc>
          <w:tcPr>
            <w:tcW w:type="dxa" w:w="204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268"/>
          </w:tcPr>
          <w:p/>
        </w:tc>
        <w:tc>
          <w:tcPr>
            <w:tcW w:type="dxa" w:w="204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268"/>
          </w:tcPr>
          <w:p/>
        </w:tc>
        <w:tc>
          <w:tcPr>
            <w:tcW w:type="dxa" w:w="204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268"/>
          </w:tcPr>
          <w:p/>
        </w:tc>
        <w:tc>
          <w:tcPr>
            <w:tcW w:type="dxa" w:w="204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268"/>
          </w:tcPr>
          <w:p/>
        </w:tc>
        <w:tc>
          <w:tcPr>
            <w:tcW w:type="dxa" w:w="204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268"/>
          </w:tcPr>
          <w:p/>
        </w:tc>
        <w:tc>
          <w:tcPr>
            <w:tcW w:type="dxa" w:w="204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268"/>
          </w:tcPr>
          <w:p/>
        </w:tc>
        <w:tc>
          <w:tcPr>
            <w:tcW w:type="dxa" w:w="204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268"/>
          </w:tcPr>
          <w:p/>
        </w:tc>
        <w:tc>
          <w:tcPr>
            <w:tcW w:type="dxa" w:w="2041"/>
          </w:tcPr>
          <w:p/>
        </w:tc>
        <w:tc>
          <w:tcPr>
            <w:tcW w:type="dxa" w:w="1814"/>
          </w:tcPr>
          <w:p/>
        </w:tc>
        <w:tc>
          <w:tcPr>
            <w:tcW w:type="dxa" w:w="1474"/>
          </w:tcPr>
          <w:p/>
        </w:tc>
        <w:tc>
          <w:tcPr>
            <w:tcW w:type="dxa" w:w="2041"/>
          </w:tcPr>
          <w:p/>
        </w:tc>
      </w:tr>
    </w:tbl>
    <w:p>
      <w:r>
        <w:br w:type="page"/>
      </w:r>
    </w:p>
    <w:p>
      <w:pPr>
        <w:spacing w:before="0" w:after="0"/>
        <w:jc w:val="center"/>
      </w:pPr>
      <w:r>
        <w:rPr>
          <w:b/>
          <w:i w:val="0"/>
          <w:sz w:val="24"/>
        </w:rPr>
        <w:t>РАЗДЕЛ 2</w:t>
      </w:r>
    </w:p>
    <w:p>
      <w:pPr>
        <w:spacing w:before="0" w:after="160"/>
        <w:jc w:val="center"/>
      </w:pPr>
      <w:r>
        <w:rPr>
          <w:b/>
          <w:i w:val="0"/>
        </w:rPr>
        <w:t>Перечень специальных журналов, в которых ведется учет выполнения работ, а также журналов авторского надзора лица, осуществляющего подготовку проектной документации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6"/>
        <w:gridCol w:w="2381"/>
        <w:gridCol w:w="3515"/>
        <w:gridCol w:w="1587"/>
        <w:gridCol w:w="2154"/>
      </w:tblGrid>
      <w:tr>
        <w:trPr>
          <w:tblHeader w:val="true"/>
          <w:tblHeader w:val="true"/>
          <w:tblHeader w:val="true"/>
          <w:tblHeader w:val="true"/>
          <w:tblHeader w:val="true"/>
          <w:cantSplit/>
        </w:trPr>
        <w:tc>
          <w:tcPr>
            <w:tcW w:type="dxa" w:w="567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№ п/п</w:t>
            </w:r>
          </w:p>
        </w:tc>
        <w:tc>
          <w:tcPr>
            <w:tcW w:type="dxa" w:w="2381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Наименование специального журнала (журнала авторского надзора) и дата его выдачи</w:t>
            </w:r>
          </w:p>
        </w:tc>
        <w:tc>
          <w:tcPr>
            <w:tcW w:type="dxa" w:w="3515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Полное и (или) сокращенное наименование или фамилия, имя, отчество (при наличии) лица, осуществляющего строительство, реконструкцию, капитальный ремонт (лица, осуществляющего подготовку проектной документации), ведущих журнал, их уполномоченных представителей с указанием должности (при наличии), фамилии, инициалов</w:t>
            </w:r>
          </w:p>
        </w:tc>
        <w:tc>
          <w:tcPr>
            <w:tcW w:type="dxa" w:w="1587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Дата передачи застройщику или техническому заказчику журнала</w:t>
            </w:r>
          </w:p>
        </w:tc>
        <w:tc>
          <w:tcPr>
            <w:tcW w:type="dxa" w:w="2154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Подпись уполномоченного представителя застройщика или технического заказчика, лица, ответственного за эксплуатацию здания, сооружения, и (или) регионального оператора</w:t>
            </w:r>
          </w:p>
        </w:tc>
      </w:tr>
      <w:tr>
        <w:trPr>
          <w:tblHeader w:val="true"/>
          <w:cantSplit/>
        </w:trPr>
        <w:tc>
          <w:tcPr>
            <w:tcW w:type="dxa" w:w="567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1</w:t>
            </w:r>
          </w:p>
        </w:tc>
        <w:tc>
          <w:tcPr>
            <w:tcW w:type="dxa" w:w="2381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2</w:t>
            </w:r>
          </w:p>
        </w:tc>
        <w:tc>
          <w:tcPr>
            <w:tcW w:type="dxa" w:w="3515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3</w:t>
            </w:r>
          </w:p>
        </w:tc>
        <w:tc>
          <w:tcPr>
            <w:tcW w:type="dxa" w:w="1587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4</w:t>
            </w:r>
          </w:p>
        </w:tc>
        <w:tc>
          <w:tcPr>
            <w:tcW w:type="dxa" w:w="2154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5</w:t>
            </w:r>
          </w:p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381"/>
          </w:tcPr>
          <w:p/>
        </w:tc>
        <w:tc>
          <w:tcPr>
            <w:tcW w:type="dxa" w:w="3515"/>
          </w:tcPr>
          <w:p/>
        </w:tc>
        <w:tc>
          <w:tcPr>
            <w:tcW w:type="dxa" w:w="1587"/>
          </w:tcPr>
          <w:p/>
        </w:tc>
        <w:tc>
          <w:tcPr>
            <w:tcW w:type="dxa" w:w="215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381"/>
          </w:tcPr>
          <w:p/>
        </w:tc>
        <w:tc>
          <w:tcPr>
            <w:tcW w:type="dxa" w:w="3515"/>
          </w:tcPr>
          <w:p/>
        </w:tc>
        <w:tc>
          <w:tcPr>
            <w:tcW w:type="dxa" w:w="1587"/>
          </w:tcPr>
          <w:p/>
        </w:tc>
        <w:tc>
          <w:tcPr>
            <w:tcW w:type="dxa" w:w="215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381"/>
          </w:tcPr>
          <w:p/>
        </w:tc>
        <w:tc>
          <w:tcPr>
            <w:tcW w:type="dxa" w:w="3515"/>
          </w:tcPr>
          <w:p/>
        </w:tc>
        <w:tc>
          <w:tcPr>
            <w:tcW w:type="dxa" w:w="1587"/>
          </w:tcPr>
          <w:p/>
        </w:tc>
        <w:tc>
          <w:tcPr>
            <w:tcW w:type="dxa" w:w="215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381"/>
          </w:tcPr>
          <w:p/>
        </w:tc>
        <w:tc>
          <w:tcPr>
            <w:tcW w:type="dxa" w:w="3515"/>
          </w:tcPr>
          <w:p/>
        </w:tc>
        <w:tc>
          <w:tcPr>
            <w:tcW w:type="dxa" w:w="1587"/>
          </w:tcPr>
          <w:p/>
        </w:tc>
        <w:tc>
          <w:tcPr>
            <w:tcW w:type="dxa" w:w="215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381"/>
          </w:tcPr>
          <w:p/>
        </w:tc>
        <w:tc>
          <w:tcPr>
            <w:tcW w:type="dxa" w:w="3515"/>
          </w:tcPr>
          <w:p/>
        </w:tc>
        <w:tc>
          <w:tcPr>
            <w:tcW w:type="dxa" w:w="1587"/>
          </w:tcPr>
          <w:p/>
        </w:tc>
        <w:tc>
          <w:tcPr>
            <w:tcW w:type="dxa" w:w="215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381"/>
          </w:tcPr>
          <w:p/>
        </w:tc>
        <w:tc>
          <w:tcPr>
            <w:tcW w:type="dxa" w:w="3515"/>
          </w:tcPr>
          <w:p/>
        </w:tc>
        <w:tc>
          <w:tcPr>
            <w:tcW w:type="dxa" w:w="1587"/>
          </w:tcPr>
          <w:p/>
        </w:tc>
        <w:tc>
          <w:tcPr>
            <w:tcW w:type="dxa" w:w="215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381"/>
          </w:tcPr>
          <w:p/>
        </w:tc>
        <w:tc>
          <w:tcPr>
            <w:tcW w:type="dxa" w:w="3515"/>
          </w:tcPr>
          <w:p/>
        </w:tc>
        <w:tc>
          <w:tcPr>
            <w:tcW w:type="dxa" w:w="1587"/>
          </w:tcPr>
          <w:p/>
        </w:tc>
        <w:tc>
          <w:tcPr>
            <w:tcW w:type="dxa" w:w="215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381"/>
          </w:tcPr>
          <w:p/>
        </w:tc>
        <w:tc>
          <w:tcPr>
            <w:tcW w:type="dxa" w:w="3515"/>
          </w:tcPr>
          <w:p/>
        </w:tc>
        <w:tc>
          <w:tcPr>
            <w:tcW w:type="dxa" w:w="1587"/>
          </w:tcPr>
          <w:p/>
        </w:tc>
        <w:tc>
          <w:tcPr>
            <w:tcW w:type="dxa" w:w="215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381"/>
          </w:tcPr>
          <w:p/>
        </w:tc>
        <w:tc>
          <w:tcPr>
            <w:tcW w:type="dxa" w:w="3515"/>
          </w:tcPr>
          <w:p/>
        </w:tc>
        <w:tc>
          <w:tcPr>
            <w:tcW w:type="dxa" w:w="1587"/>
          </w:tcPr>
          <w:p/>
        </w:tc>
        <w:tc>
          <w:tcPr>
            <w:tcW w:type="dxa" w:w="215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381"/>
          </w:tcPr>
          <w:p/>
        </w:tc>
        <w:tc>
          <w:tcPr>
            <w:tcW w:type="dxa" w:w="3515"/>
          </w:tcPr>
          <w:p/>
        </w:tc>
        <w:tc>
          <w:tcPr>
            <w:tcW w:type="dxa" w:w="1587"/>
          </w:tcPr>
          <w:p/>
        </w:tc>
        <w:tc>
          <w:tcPr>
            <w:tcW w:type="dxa" w:w="215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381"/>
          </w:tcPr>
          <w:p/>
        </w:tc>
        <w:tc>
          <w:tcPr>
            <w:tcW w:type="dxa" w:w="3515"/>
          </w:tcPr>
          <w:p/>
        </w:tc>
        <w:tc>
          <w:tcPr>
            <w:tcW w:type="dxa" w:w="1587"/>
          </w:tcPr>
          <w:p/>
        </w:tc>
        <w:tc>
          <w:tcPr>
            <w:tcW w:type="dxa" w:w="215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381"/>
          </w:tcPr>
          <w:p/>
        </w:tc>
        <w:tc>
          <w:tcPr>
            <w:tcW w:type="dxa" w:w="3515"/>
          </w:tcPr>
          <w:p/>
        </w:tc>
        <w:tc>
          <w:tcPr>
            <w:tcW w:type="dxa" w:w="1587"/>
          </w:tcPr>
          <w:p/>
        </w:tc>
        <w:tc>
          <w:tcPr>
            <w:tcW w:type="dxa" w:w="215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381"/>
          </w:tcPr>
          <w:p/>
        </w:tc>
        <w:tc>
          <w:tcPr>
            <w:tcW w:type="dxa" w:w="3515"/>
          </w:tcPr>
          <w:p/>
        </w:tc>
        <w:tc>
          <w:tcPr>
            <w:tcW w:type="dxa" w:w="1587"/>
          </w:tcPr>
          <w:p/>
        </w:tc>
        <w:tc>
          <w:tcPr>
            <w:tcW w:type="dxa" w:w="215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381"/>
          </w:tcPr>
          <w:p/>
        </w:tc>
        <w:tc>
          <w:tcPr>
            <w:tcW w:type="dxa" w:w="3515"/>
          </w:tcPr>
          <w:p/>
        </w:tc>
        <w:tc>
          <w:tcPr>
            <w:tcW w:type="dxa" w:w="1587"/>
          </w:tcPr>
          <w:p/>
        </w:tc>
        <w:tc>
          <w:tcPr>
            <w:tcW w:type="dxa" w:w="215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381"/>
          </w:tcPr>
          <w:p/>
        </w:tc>
        <w:tc>
          <w:tcPr>
            <w:tcW w:type="dxa" w:w="3515"/>
          </w:tcPr>
          <w:p/>
        </w:tc>
        <w:tc>
          <w:tcPr>
            <w:tcW w:type="dxa" w:w="1587"/>
          </w:tcPr>
          <w:p/>
        </w:tc>
        <w:tc>
          <w:tcPr>
            <w:tcW w:type="dxa" w:w="215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381"/>
          </w:tcPr>
          <w:p/>
        </w:tc>
        <w:tc>
          <w:tcPr>
            <w:tcW w:type="dxa" w:w="3515"/>
          </w:tcPr>
          <w:p/>
        </w:tc>
        <w:tc>
          <w:tcPr>
            <w:tcW w:type="dxa" w:w="1587"/>
          </w:tcPr>
          <w:p/>
        </w:tc>
        <w:tc>
          <w:tcPr>
            <w:tcW w:type="dxa" w:w="215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381"/>
          </w:tcPr>
          <w:p/>
        </w:tc>
        <w:tc>
          <w:tcPr>
            <w:tcW w:type="dxa" w:w="3515"/>
          </w:tcPr>
          <w:p/>
        </w:tc>
        <w:tc>
          <w:tcPr>
            <w:tcW w:type="dxa" w:w="1587"/>
          </w:tcPr>
          <w:p/>
        </w:tc>
        <w:tc>
          <w:tcPr>
            <w:tcW w:type="dxa" w:w="2154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2381"/>
          </w:tcPr>
          <w:p/>
        </w:tc>
        <w:tc>
          <w:tcPr>
            <w:tcW w:type="dxa" w:w="3515"/>
          </w:tcPr>
          <w:p/>
        </w:tc>
        <w:tc>
          <w:tcPr>
            <w:tcW w:type="dxa" w:w="1587"/>
          </w:tcPr>
          <w:p/>
        </w:tc>
        <w:tc>
          <w:tcPr>
            <w:tcW w:type="dxa" w:w="2154"/>
          </w:tcPr>
          <w:p/>
        </w:tc>
      </w:tr>
    </w:tbl>
    <w:p>
      <w:r>
        <w:br w:type="page"/>
      </w:r>
    </w:p>
    <w:p>
      <w:pPr>
        <w:spacing w:before="0" w:after="0"/>
        <w:jc w:val="center"/>
      </w:pPr>
      <w:r>
        <w:rPr>
          <w:b/>
          <w:i w:val="0"/>
          <w:sz w:val="24"/>
        </w:rPr>
        <w:t>РАЗДЕЛ 3</w:t>
      </w:r>
    </w:p>
    <w:p>
      <w:pPr>
        <w:spacing w:before="0" w:after="160"/>
        <w:jc w:val="center"/>
      </w:pPr>
      <w:r>
        <w:rPr>
          <w:b/>
          <w:i w:val="0"/>
        </w:rPr>
        <w:t>Сведения о выполнении работ в процессе строительства, реконструкции, капитального ремонта объекта капитального строительства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6"/>
        <w:gridCol w:w="1133"/>
        <w:gridCol w:w="1474"/>
        <w:gridCol w:w="5102"/>
        <w:gridCol w:w="1927"/>
      </w:tblGrid>
      <w:tr>
        <w:trPr>
          <w:tblHeader w:val="true"/>
          <w:tblHeader w:val="true"/>
          <w:tblHeader w:val="true"/>
          <w:tblHeader w:val="true"/>
          <w:tblHeader w:val="true"/>
          <w:cantSplit/>
        </w:trPr>
        <w:tc>
          <w:tcPr>
            <w:tcW w:type="dxa" w:w="567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№ п/п</w:t>
            </w:r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Дата выполнения работ</w:t>
            </w:r>
          </w:p>
        </w:tc>
        <w:tc>
          <w:tcPr>
            <w:tcW w:type="dxa" w:w="1474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Условия производства работ</w:t>
            </w:r>
          </w:p>
        </w:tc>
        <w:tc>
          <w:tcPr>
            <w:tcW w:type="dxa" w:w="5102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Наименование работ, выполняемых в процессе строительства, реконструкции, капитального ремонта объекта капитального строительства с указанием осей, рядов, отметок, пикетов, этажей, ярусов, секций, помещений, в которых выполнялись работы, сведения о методах выполнения работ, применяемых строительных материалах, изделиях и конструкциях, проведенных испытаниях конструкций, оборудования, систем, сетей и устройств (опробование вхолостую или под нагрузкой, подача электроэнергии, давления, испытания на прочность и герметичность)</w:t>
            </w:r>
          </w:p>
        </w:tc>
        <w:tc>
          <w:tcPr>
            <w:tcW w:type="dxa" w:w="1928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Должность (при наличии), фамилия, инициалы, подпись уполномоченного представителя лица, осуществляющего строительство, реконструкцию, капитальный ремонт</w:t>
            </w:r>
          </w:p>
        </w:tc>
      </w:tr>
      <w:tr>
        <w:trPr>
          <w:tblHeader w:val="true"/>
          <w:cantSplit/>
        </w:trPr>
        <w:tc>
          <w:tcPr>
            <w:tcW w:type="dxa" w:w="567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1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2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3</w:t>
            </w:r>
          </w:p>
        </w:tc>
        <w:tc>
          <w:tcPr>
            <w:tcW w:type="dxa" w:w="5102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4</w:t>
            </w:r>
          </w:p>
        </w:tc>
        <w:tc>
          <w:tcPr>
            <w:tcW w:type="dxa" w:w="1928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5</w:t>
            </w:r>
          </w:p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  <w:tc>
          <w:tcPr>
            <w:tcW w:type="dxa" w:w="5102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  <w:tc>
          <w:tcPr>
            <w:tcW w:type="dxa" w:w="5102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  <w:tc>
          <w:tcPr>
            <w:tcW w:type="dxa" w:w="5102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  <w:tc>
          <w:tcPr>
            <w:tcW w:type="dxa" w:w="5102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  <w:tc>
          <w:tcPr>
            <w:tcW w:type="dxa" w:w="5102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  <w:tc>
          <w:tcPr>
            <w:tcW w:type="dxa" w:w="5102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  <w:tc>
          <w:tcPr>
            <w:tcW w:type="dxa" w:w="5102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  <w:tc>
          <w:tcPr>
            <w:tcW w:type="dxa" w:w="5102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  <w:tc>
          <w:tcPr>
            <w:tcW w:type="dxa" w:w="5102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  <w:tc>
          <w:tcPr>
            <w:tcW w:type="dxa" w:w="5102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  <w:tc>
          <w:tcPr>
            <w:tcW w:type="dxa" w:w="5102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  <w:tc>
          <w:tcPr>
            <w:tcW w:type="dxa" w:w="5102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  <w:tc>
          <w:tcPr>
            <w:tcW w:type="dxa" w:w="5102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  <w:tc>
          <w:tcPr>
            <w:tcW w:type="dxa" w:w="5102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  <w:tc>
          <w:tcPr>
            <w:tcW w:type="dxa" w:w="5102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  <w:tc>
          <w:tcPr>
            <w:tcW w:type="dxa" w:w="5102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  <w:tc>
          <w:tcPr>
            <w:tcW w:type="dxa" w:w="5102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  <w:tc>
          <w:tcPr>
            <w:tcW w:type="dxa" w:w="5102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  <w:tc>
          <w:tcPr>
            <w:tcW w:type="dxa" w:w="5102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1134"/>
          </w:tcPr>
          <w:p/>
        </w:tc>
        <w:tc>
          <w:tcPr>
            <w:tcW w:type="dxa" w:w="1474"/>
          </w:tcPr>
          <w:p/>
        </w:tc>
        <w:tc>
          <w:tcPr>
            <w:tcW w:type="dxa" w:w="5102"/>
          </w:tcPr>
          <w:p/>
        </w:tc>
        <w:tc>
          <w:tcPr>
            <w:tcW w:type="dxa" w:w="1928"/>
          </w:tcPr>
          <w:p/>
        </w:tc>
      </w:tr>
    </w:tbl>
    <w:p>
      <w:r>
        <w:br w:type="page"/>
      </w:r>
    </w:p>
    <w:p>
      <w:pPr>
        <w:spacing w:before="0" w:after="0"/>
        <w:jc w:val="center"/>
      </w:pPr>
      <w:r>
        <w:rPr>
          <w:b/>
          <w:i w:val="0"/>
          <w:sz w:val="24"/>
        </w:rPr>
        <w:t>РАЗДЕЛ 4</w:t>
      </w:r>
    </w:p>
    <w:p>
      <w:pPr>
        <w:spacing w:before="0" w:after="160"/>
        <w:jc w:val="center"/>
      </w:pPr>
      <w:r>
        <w:rPr>
          <w:b/>
          <w:i w:val="0"/>
        </w:rPr>
        <w:t>Сведения о строительном контроле в процессе строительства, реконструкции, капитального ремонта объекта капитального строительства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1927"/>
        <w:gridCol w:w="1700"/>
        <w:gridCol w:w="1133"/>
        <w:gridCol w:w="1927"/>
        <w:gridCol w:w="1077"/>
        <w:gridCol w:w="1927"/>
      </w:tblGrid>
      <w:tr>
        <w:trPr>
          <w:tblHeader w:val="true"/>
          <w:tblHeader w:val="true"/>
          <w:tblHeader w:val="true"/>
          <w:tblHeader w:val="true"/>
          <w:tblHeader w:val="true"/>
          <w:tblHeader w:val="true"/>
          <w:tblHeader w:val="true"/>
          <w:cantSplit/>
        </w:trPr>
        <w:tc>
          <w:tcPr>
            <w:tcW w:type="dxa" w:w="510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4"/>
              </w:rPr>
              <w:t>№ п/п</w:t>
            </w:r>
          </w:p>
        </w:tc>
        <w:tc>
          <w:tcPr>
            <w:tcW w:type="dxa" w:w="1928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4"/>
              </w:rPr>
              <w:t>Сведения о проведении строительного контроля при строительстве, реконструкции, капитальном ремонте объекта капитального строительства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4"/>
              </w:rPr>
              <w:t>Выявленные недостатки</w:t>
            </w:r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4"/>
              </w:rPr>
              <w:t>Срок устранения выявленных недостатков</w:t>
            </w:r>
          </w:p>
        </w:tc>
        <w:tc>
          <w:tcPr>
            <w:tcW w:type="dxa" w:w="1928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4"/>
              </w:rPr>
              <w:t>Должность (при наличии), фамилия, инициалы, подпись уполномоченного представителя застройщика или технического заказчика, лица, ответственного за эксплуатацию здания, сооружения, и (или) регионального оператора по вопросам строительного контроля</w:t>
            </w:r>
          </w:p>
        </w:tc>
        <w:tc>
          <w:tcPr>
            <w:tcW w:type="dxa" w:w="1077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4"/>
              </w:rPr>
              <w:t>Дата устранения недостатков</w:t>
            </w:r>
          </w:p>
        </w:tc>
        <w:tc>
          <w:tcPr>
            <w:tcW w:type="dxa" w:w="1928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4"/>
              </w:rPr>
              <w:t>Должность (при наличии), фамилия, инициалы, подпись уполномоченного представителя застройщика или технического заказчика, лица, ответственного за эксплуатацию здания, сооружения, и (или) регионального оператора по вопросам строительного контроля</w:t>
            </w:r>
          </w:p>
        </w:tc>
      </w:tr>
      <w:tr>
        <w:trPr>
          <w:tblHeader w:val="true"/>
          <w:cantSplit/>
        </w:trPr>
        <w:tc>
          <w:tcPr>
            <w:tcW w:type="dxa" w:w="510"/>
          </w:tcPr>
          <w:p>
            <w:pPr>
              <w:jc w:val="center"/>
            </w:pPr>
            <w:r>
              <w:rPr>
                <w:b w:val="0"/>
                <w:i w:val="0"/>
                <w:sz w:val="14"/>
              </w:rPr>
              <w:t>1</w:t>
            </w:r>
          </w:p>
        </w:tc>
        <w:tc>
          <w:tcPr>
            <w:tcW w:type="dxa" w:w="1928"/>
          </w:tcPr>
          <w:p>
            <w:pPr>
              <w:jc w:val="center"/>
            </w:pPr>
            <w:r>
              <w:rPr>
                <w:b w:val="0"/>
                <w:i w:val="0"/>
                <w:sz w:val="14"/>
              </w:rPr>
              <w:t>2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14"/>
              </w:rPr>
              <w:t>3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b w:val="0"/>
                <w:i w:val="0"/>
                <w:sz w:val="14"/>
              </w:rPr>
              <w:t>4</w:t>
            </w:r>
          </w:p>
        </w:tc>
        <w:tc>
          <w:tcPr>
            <w:tcW w:type="dxa" w:w="1928"/>
          </w:tcPr>
          <w:p>
            <w:pPr>
              <w:jc w:val="center"/>
            </w:pPr>
            <w:r>
              <w:rPr>
                <w:b w:val="0"/>
                <w:i w:val="0"/>
                <w:sz w:val="14"/>
              </w:rPr>
              <w:t>5</w:t>
            </w:r>
          </w:p>
        </w:tc>
        <w:tc>
          <w:tcPr>
            <w:tcW w:type="dxa" w:w="1077"/>
          </w:tcPr>
          <w:p>
            <w:pPr>
              <w:jc w:val="center"/>
            </w:pPr>
            <w:r>
              <w:rPr>
                <w:b w:val="0"/>
                <w:i w:val="0"/>
                <w:sz w:val="14"/>
              </w:rPr>
              <w:t>6</w:t>
            </w:r>
          </w:p>
        </w:tc>
        <w:tc>
          <w:tcPr>
            <w:tcW w:type="dxa" w:w="1928"/>
          </w:tcPr>
          <w:p>
            <w:pPr>
              <w:jc w:val="center"/>
            </w:pPr>
            <w:r>
              <w:rPr>
                <w:b w:val="0"/>
                <w:i w:val="0"/>
                <w:sz w:val="14"/>
              </w:rPr>
              <w:t>7</w:t>
            </w:r>
          </w:p>
        </w:tc>
      </w:tr>
      <w:tr>
        <w:trPr>
          <w:trHeight w:val="396" w:hRule="atLeast"/>
          <w:cantSplit/>
        </w:trPr>
        <w:tc>
          <w:tcPr>
            <w:tcW w:type="dxa" w:w="510"/>
          </w:tcPr>
          <w:p/>
        </w:tc>
        <w:tc>
          <w:tcPr>
            <w:tcW w:type="dxa" w:w="1928"/>
          </w:tcPr>
          <w:p/>
        </w:tc>
        <w:tc>
          <w:tcPr>
            <w:tcW w:type="dxa" w:w="1701"/>
          </w:tcPr>
          <w:p/>
        </w:tc>
        <w:tc>
          <w:tcPr>
            <w:tcW w:type="dxa" w:w="1134"/>
          </w:tcPr>
          <w:p/>
        </w:tc>
        <w:tc>
          <w:tcPr>
            <w:tcW w:type="dxa" w:w="1928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10"/>
          </w:tcPr>
          <w:p/>
        </w:tc>
        <w:tc>
          <w:tcPr>
            <w:tcW w:type="dxa" w:w="1928"/>
          </w:tcPr>
          <w:p/>
        </w:tc>
        <w:tc>
          <w:tcPr>
            <w:tcW w:type="dxa" w:w="1701"/>
          </w:tcPr>
          <w:p/>
        </w:tc>
        <w:tc>
          <w:tcPr>
            <w:tcW w:type="dxa" w:w="1134"/>
          </w:tcPr>
          <w:p/>
        </w:tc>
        <w:tc>
          <w:tcPr>
            <w:tcW w:type="dxa" w:w="1928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10"/>
          </w:tcPr>
          <w:p/>
        </w:tc>
        <w:tc>
          <w:tcPr>
            <w:tcW w:type="dxa" w:w="1928"/>
          </w:tcPr>
          <w:p/>
        </w:tc>
        <w:tc>
          <w:tcPr>
            <w:tcW w:type="dxa" w:w="1701"/>
          </w:tcPr>
          <w:p/>
        </w:tc>
        <w:tc>
          <w:tcPr>
            <w:tcW w:type="dxa" w:w="1134"/>
          </w:tcPr>
          <w:p/>
        </w:tc>
        <w:tc>
          <w:tcPr>
            <w:tcW w:type="dxa" w:w="1928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10"/>
          </w:tcPr>
          <w:p/>
        </w:tc>
        <w:tc>
          <w:tcPr>
            <w:tcW w:type="dxa" w:w="1928"/>
          </w:tcPr>
          <w:p/>
        </w:tc>
        <w:tc>
          <w:tcPr>
            <w:tcW w:type="dxa" w:w="1701"/>
          </w:tcPr>
          <w:p/>
        </w:tc>
        <w:tc>
          <w:tcPr>
            <w:tcW w:type="dxa" w:w="1134"/>
          </w:tcPr>
          <w:p/>
        </w:tc>
        <w:tc>
          <w:tcPr>
            <w:tcW w:type="dxa" w:w="1928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10"/>
          </w:tcPr>
          <w:p/>
        </w:tc>
        <w:tc>
          <w:tcPr>
            <w:tcW w:type="dxa" w:w="1928"/>
          </w:tcPr>
          <w:p/>
        </w:tc>
        <w:tc>
          <w:tcPr>
            <w:tcW w:type="dxa" w:w="1701"/>
          </w:tcPr>
          <w:p/>
        </w:tc>
        <w:tc>
          <w:tcPr>
            <w:tcW w:type="dxa" w:w="1134"/>
          </w:tcPr>
          <w:p/>
        </w:tc>
        <w:tc>
          <w:tcPr>
            <w:tcW w:type="dxa" w:w="1928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10"/>
          </w:tcPr>
          <w:p/>
        </w:tc>
        <w:tc>
          <w:tcPr>
            <w:tcW w:type="dxa" w:w="1928"/>
          </w:tcPr>
          <w:p/>
        </w:tc>
        <w:tc>
          <w:tcPr>
            <w:tcW w:type="dxa" w:w="1701"/>
          </w:tcPr>
          <w:p/>
        </w:tc>
        <w:tc>
          <w:tcPr>
            <w:tcW w:type="dxa" w:w="1134"/>
          </w:tcPr>
          <w:p/>
        </w:tc>
        <w:tc>
          <w:tcPr>
            <w:tcW w:type="dxa" w:w="1928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10"/>
          </w:tcPr>
          <w:p/>
        </w:tc>
        <w:tc>
          <w:tcPr>
            <w:tcW w:type="dxa" w:w="1928"/>
          </w:tcPr>
          <w:p/>
        </w:tc>
        <w:tc>
          <w:tcPr>
            <w:tcW w:type="dxa" w:w="1701"/>
          </w:tcPr>
          <w:p/>
        </w:tc>
        <w:tc>
          <w:tcPr>
            <w:tcW w:type="dxa" w:w="1134"/>
          </w:tcPr>
          <w:p/>
        </w:tc>
        <w:tc>
          <w:tcPr>
            <w:tcW w:type="dxa" w:w="1928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10"/>
          </w:tcPr>
          <w:p/>
        </w:tc>
        <w:tc>
          <w:tcPr>
            <w:tcW w:type="dxa" w:w="1928"/>
          </w:tcPr>
          <w:p/>
        </w:tc>
        <w:tc>
          <w:tcPr>
            <w:tcW w:type="dxa" w:w="1701"/>
          </w:tcPr>
          <w:p/>
        </w:tc>
        <w:tc>
          <w:tcPr>
            <w:tcW w:type="dxa" w:w="1134"/>
          </w:tcPr>
          <w:p/>
        </w:tc>
        <w:tc>
          <w:tcPr>
            <w:tcW w:type="dxa" w:w="1928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10"/>
          </w:tcPr>
          <w:p/>
        </w:tc>
        <w:tc>
          <w:tcPr>
            <w:tcW w:type="dxa" w:w="1928"/>
          </w:tcPr>
          <w:p/>
        </w:tc>
        <w:tc>
          <w:tcPr>
            <w:tcW w:type="dxa" w:w="1701"/>
          </w:tcPr>
          <w:p/>
        </w:tc>
        <w:tc>
          <w:tcPr>
            <w:tcW w:type="dxa" w:w="1134"/>
          </w:tcPr>
          <w:p/>
        </w:tc>
        <w:tc>
          <w:tcPr>
            <w:tcW w:type="dxa" w:w="1928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10"/>
          </w:tcPr>
          <w:p/>
        </w:tc>
        <w:tc>
          <w:tcPr>
            <w:tcW w:type="dxa" w:w="1928"/>
          </w:tcPr>
          <w:p/>
        </w:tc>
        <w:tc>
          <w:tcPr>
            <w:tcW w:type="dxa" w:w="1701"/>
          </w:tcPr>
          <w:p/>
        </w:tc>
        <w:tc>
          <w:tcPr>
            <w:tcW w:type="dxa" w:w="1134"/>
          </w:tcPr>
          <w:p/>
        </w:tc>
        <w:tc>
          <w:tcPr>
            <w:tcW w:type="dxa" w:w="1928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10"/>
          </w:tcPr>
          <w:p/>
        </w:tc>
        <w:tc>
          <w:tcPr>
            <w:tcW w:type="dxa" w:w="1928"/>
          </w:tcPr>
          <w:p/>
        </w:tc>
        <w:tc>
          <w:tcPr>
            <w:tcW w:type="dxa" w:w="1701"/>
          </w:tcPr>
          <w:p/>
        </w:tc>
        <w:tc>
          <w:tcPr>
            <w:tcW w:type="dxa" w:w="1134"/>
          </w:tcPr>
          <w:p/>
        </w:tc>
        <w:tc>
          <w:tcPr>
            <w:tcW w:type="dxa" w:w="1928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10"/>
          </w:tcPr>
          <w:p/>
        </w:tc>
        <w:tc>
          <w:tcPr>
            <w:tcW w:type="dxa" w:w="1928"/>
          </w:tcPr>
          <w:p/>
        </w:tc>
        <w:tc>
          <w:tcPr>
            <w:tcW w:type="dxa" w:w="1701"/>
          </w:tcPr>
          <w:p/>
        </w:tc>
        <w:tc>
          <w:tcPr>
            <w:tcW w:type="dxa" w:w="1134"/>
          </w:tcPr>
          <w:p/>
        </w:tc>
        <w:tc>
          <w:tcPr>
            <w:tcW w:type="dxa" w:w="1928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10"/>
          </w:tcPr>
          <w:p/>
        </w:tc>
        <w:tc>
          <w:tcPr>
            <w:tcW w:type="dxa" w:w="1928"/>
          </w:tcPr>
          <w:p/>
        </w:tc>
        <w:tc>
          <w:tcPr>
            <w:tcW w:type="dxa" w:w="1701"/>
          </w:tcPr>
          <w:p/>
        </w:tc>
        <w:tc>
          <w:tcPr>
            <w:tcW w:type="dxa" w:w="1134"/>
          </w:tcPr>
          <w:p/>
        </w:tc>
        <w:tc>
          <w:tcPr>
            <w:tcW w:type="dxa" w:w="1928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10"/>
          </w:tcPr>
          <w:p/>
        </w:tc>
        <w:tc>
          <w:tcPr>
            <w:tcW w:type="dxa" w:w="1928"/>
          </w:tcPr>
          <w:p/>
        </w:tc>
        <w:tc>
          <w:tcPr>
            <w:tcW w:type="dxa" w:w="1701"/>
          </w:tcPr>
          <w:p/>
        </w:tc>
        <w:tc>
          <w:tcPr>
            <w:tcW w:type="dxa" w:w="1134"/>
          </w:tcPr>
          <w:p/>
        </w:tc>
        <w:tc>
          <w:tcPr>
            <w:tcW w:type="dxa" w:w="1928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10"/>
          </w:tcPr>
          <w:p/>
        </w:tc>
        <w:tc>
          <w:tcPr>
            <w:tcW w:type="dxa" w:w="1928"/>
          </w:tcPr>
          <w:p/>
        </w:tc>
        <w:tc>
          <w:tcPr>
            <w:tcW w:type="dxa" w:w="1701"/>
          </w:tcPr>
          <w:p/>
        </w:tc>
        <w:tc>
          <w:tcPr>
            <w:tcW w:type="dxa" w:w="1134"/>
          </w:tcPr>
          <w:p/>
        </w:tc>
        <w:tc>
          <w:tcPr>
            <w:tcW w:type="dxa" w:w="1928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10"/>
          </w:tcPr>
          <w:p/>
        </w:tc>
        <w:tc>
          <w:tcPr>
            <w:tcW w:type="dxa" w:w="1928"/>
          </w:tcPr>
          <w:p/>
        </w:tc>
        <w:tc>
          <w:tcPr>
            <w:tcW w:type="dxa" w:w="1701"/>
          </w:tcPr>
          <w:p/>
        </w:tc>
        <w:tc>
          <w:tcPr>
            <w:tcW w:type="dxa" w:w="1134"/>
          </w:tcPr>
          <w:p/>
        </w:tc>
        <w:tc>
          <w:tcPr>
            <w:tcW w:type="dxa" w:w="1928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10"/>
          </w:tcPr>
          <w:p/>
        </w:tc>
        <w:tc>
          <w:tcPr>
            <w:tcW w:type="dxa" w:w="1928"/>
          </w:tcPr>
          <w:p/>
        </w:tc>
        <w:tc>
          <w:tcPr>
            <w:tcW w:type="dxa" w:w="1701"/>
          </w:tcPr>
          <w:p/>
        </w:tc>
        <w:tc>
          <w:tcPr>
            <w:tcW w:type="dxa" w:w="1134"/>
          </w:tcPr>
          <w:p/>
        </w:tc>
        <w:tc>
          <w:tcPr>
            <w:tcW w:type="dxa" w:w="1928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10"/>
          </w:tcPr>
          <w:p/>
        </w:tc>
        <w:tc>
          <w:tcPr>
            <w:tcW w:type="dxa" w:w="1928"/>
          </w:tcPr>
          <w:p/>
        </w:tc>
        <w:tc>
          <w:tcPr>
            <w:tcW w:type="dxa" w:w="1701"/>
          </w:tcPr>
          <w:p/>
        </w:tc>
        <w:tc>
          <w:tcPr>
            <w:tcW w:type="dxa" w:w="1134"/>
          </w:tcPr>
          <w:p/>
        </w:tc>
        <w:tc>
          <w:tcPr>
            <w:tcW w:type="dxa" w:w="1928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10"/>
          </w:tcPr>
          <w:p/>
        </w:tc>
        <w:tc>
          <w:tcPr>
            <w:tcW w:type="dxa" w:w="1928"/>
          </w:tcPr>
          <w:p/>
        </w:tc>
        <w:tc>
          <w:tcPr>
            <w:tcW w:type="dxa" w:w="1701"/>
          </w:tcPr>
          <w:p/>
        </w:tc>
        <w:tc>
          <w:tcPr>
            <w:tcW w:type="dxa" w:w="1134"/>
          </w:tcPr>
          <w:p/>
        </w:tc>
        <w:tc>
          <w:tcPr>
            <w:tcW w:type="dxa" w:w="1928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</w:tr>
      <w:tr>
        <w:trPr>
          <w:trHeight w:val="396" w:hRule="atLeast"/>
          <w:cantSplit/>
        </w:trPr>
        <w:tc>
          <w:tcPr>
            <w:tcW w:type="dxa" w:w="510"/>
          </w:tcPr>
          <w:p/>
        </w:tc>
        <w:tc>
          <w:tcPr>
            <w:tcW w:type="dxa" w:w="1928"/>
          </w:tcPr>
          <w:p/>
        </w:tc>
        <w:tc>
          <w:tcPr>
            <w:tcW w:type="dxa" w:w="1701"/>
          </w:tcPr>
          <w:p/>
        </w:tc>
        <w:tc>
          <w:tcPr>
            <w:tcW w:type="dxa" w:w="1134"/>
          </w:tcPr>
          <w:p/>
        </w:tc>
        <w:tc>
          <w:tcPr>
            <w:tcW w:type="dxa" w:w="1928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</w:tr>
    </w:tbl>
    <w:p>
      <w:r>
        <w:br w:type="page"/>
      </w:r>
    </w:p>
    <w:p>
      <w:pPr>
        <w:spacing w:before="0" w:after="0"/>
        <w:jc w:val="center"/>
      </w:pPr>
      <w:r>
        <w:rPr>
          <w:b/>
          <w:i w:val="0"/>
          <w:sz w:val="24"/>
        </w:rPr>
        <w:t>РАЗДЕЛ 5</w:t>
      </w:r>
    </w:p>
    <w:p>
      <w:pPr>
        <w:spacing w:before="0" w:after="160"/>
        <w:jc w:val="center"/>
      </w:pPr>
      <w:r>
        <w:rPr>
          <w:b/>
          <w:i w:val="0"/>
        </w:rPr>
        <w:t>Перечень исполнительной документации при строительстве, реконструкции, капитальном ремонте объекта капитального строительства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6"/>
        <w:gridCol w:w="6236"/>
        <w:gridCol w:w="3401"/>
      </w:tblGrid>
      <w:tr>
        <w:trPr>
          <w:tblHeader w:val="true"/>
          <w:tblHeader w:val="true"/>
          <w:tblHeader w:val="true"/>
          <w:cantSplit/>
        </w:trPr>
        <w:tc>
          <w:tcPr>
            <w:tcW w:type="dxa" w:w="567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№ п/п</w:t>
            </w:r>
          </w:p>
        </w:tc>
        <w:tc>
          <w:tcPr>
            <w:tcW w:type="dxa" w:w="6236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Наименование исполнительной документации (с указанием наименования и реквизитов документа, вида работ, места расположения конструкций, участков сетей инженерно-технического обеспечения)</w:t>
            </w:r>
          </w:p>
        </w:tc>
        <w:tc>
          <w:tcPr>
            <w:tcW w:type="dxa" w:w="3402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Дата подписания документа, должности (при наличии), фамилии, инициалы лиц, подписавших документы</w:t>
            </w:r>
          </w:p>
        </w:tc>
      </w:tr>
      <w:tr>
        <w:trPr>
          <w:tblHeader w:val="true"/>
          <w:cantSplit/>
        </w:trPr>
        <w:tc>
          <w:tcPr>
            <w:tcW w:type="dxa" w:w="567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1</w:t>
            </w:r>
          </w:p>
        </w:tc>
        <w:tc>
          <w:tcPr>
            <w:tcW w:type="dxa" w:w="6236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2</w:t>
            </w:r>
          </w:p>
        </w:tc>
        <w:tc>
          <w:tcPr>
            <w:tcW w:type="dxa" w:w="3402"/>
          </w:tcPr>
          <w:p>
            <w:pPr>
              <w:jc w:val="center"/>
            </w:pPr>
            <w:r>
              <w:rPr>
                <w:b w:val="0"/>
                <w:i w:val="0"/>
                <w:sz w:val="16"/>
              </w:rPr>
              <w:t>3</w:t>
            </w:r>
          </w:p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6236"/>
          </w:tcPr>
          <w:p/>
        </w:tc>
        <w:tc>
          <w:tcPr>
            <w:tcW w:type="dxa" w:w="3402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6236"/>
          </w:tcPr>
          <w:p/>
        </w:tc>
        <w:tc>
          <w:tcPr>
            <w:tcW w:type="dxa" w:w="3402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6236"/>
          </w:tcPr>
          <w:p/>
        </w:tc>
        <w:tc>
          <w:tcPr>
            <w:tcW w:type="dxa" w:w="3402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6236"/>
          </w:tcPr>
          <w:p/>
        </w:tc>
        <w:tc>
          <w:tcPr>
            <w:tcW w:type="dxa" w:w="3402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6236"/>
          </w:tcPr>
          <w:p/>
        </w:tc>
        <w:tc>
          <w:tcPr>
            <w:tcW w:type="dxa" w:w="3402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6236"/>
          </w:tcPr>
          <w:p/>
        </w:tc>
        <w:tc>
          <w:tcPr>
            <w:tcW w:type="dxa" w:w="3402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6236"/>
          </w:tcPr>
          <w:p/>
        </w:tc>
        <w:tc>
          <w:tcPr>
            <w:tcW w:type="dxa" w:w="3402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6236"/>
          </w:tcPr>
          <w:p/>
        </w:tc>
        <w:tc>
          <w:tcPr>
            <w:tcW w:type="dxa" w:w="3402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6236"/>
          </w:tcPr>
          <w:p/>
        </w:tc>
        <w:tc>
          <w:tcPr>
            <w:tcW w:type="dxa" w:w="3402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6236"/>
          </w:tcPr>
          <w:p/>
        </w:tc>
        <w:tc>
          <w:tcPr>
            <w:tcW w:type="dxa" w:w="3402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6236"/>
          </w:tcPr>
          <w:p/>
        </w:tc>
        <w:tc>
          <w:tcPr>
            <w:tcW w:type="dxa" w:w="3402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6236"/>
          </w:tcPr>
          <w:p/>
        </w:tc>
        <w:tc>
          <w:tcPr>
            <w:tcW w:type="dxa" w:w="3402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6236"/>
          </w:tcPr>
          <w:p/>
        </w:tc>
        <w:tc>
          <w:tcPr>
            <w:tcW w:type="dxa" w:w="3402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6236"/>
          </w:tcPr>
          <w:p/>
        </w:tc>
        <w:tc>
          <w:tcPr>
            <w:tcW w:type="dxa" w:w="3402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6236"/>
          </w:tcPr>
          <w:p/>
        </w:tc>
        <w:tc>
          <w:tcPr>
            <w:tcW w:type="dxa" w:w="3402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6236"/>
          </w:tcPr>
          <w:p/>
        </w:tc>
        <w:tc>
          <w:tcPr>
            <w:tcW w:type="dxa" w:w="3402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6236"/>
          </w:tcPr>
          <w:p/>
        </w:tc>
        <w:tc>
          <w:tcPr>
            <w:tcW w:type="dxa" w:w="3402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6236"/>
          </w:tcPr>
          <w:p/>
        </w:tc>
        <w:tc>
          <w:tcPr>
            <w:tcW w:type="dxa" w:w="3402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6236"/>
          </w:tcPr>
          <w:p/>
        </w:tc>
        <w:tc>
          <w:tcPr>
            <w:tcW w:type="dxa" w:w="3402"/>
          </w:tcPr>
          <w:p/>
        </w:tc>
      </w:tr>
      <w:tr>
        <w:trPr>
          <w:trHeight w:val="396" w:hRule="atLeast"/>
          <w:cantSplit/>
        </w:trPr>
        <w:tc>
          <w:tcPr>
            <w:tcW w:type="dxa" w:w="567"/>
          </w:tcPr>
          <w:p/>
        </w:tc>
        <w:tc>
          <w:tcPr>
            <w:tcW w:type="dxa" w:w="6236"/>
          </w:tcPr>
          <w:p/>
        </w:tc>
        <w:tc>
          <w:tcPr>
            <w:tcW w:type="dxa" w:w="3402"/>
          </w:tcPr>
          <w:p/>
        </w:tc>
      </w:tr>
    </w:tbl>
    <w:p>
      <w:r>
        <w:br w:type="page"/>
      </w:r>
    </w:p>
    <w:p>
      <w:pPr>
        <w:spacing w:before="0" w:after="0"/>
        <w:jc w:val="center"/>
      </w:pPr>
      <w:r>
        <w:rPr>
          <w:b/>
          <w:i w:val="0"/>
          <w:sz w:val="24"/>
        </w:rPr>
        <w:t>РАЗДЕЛ 6</w:t>
      </w:r>
    </w:p>
    <w:p>
      <w:pPr>
        <w:spacing w:before="0" w:after="160"/>
        <w:jc w:val="center"/>
      </w:pPr>
      <w:r>
        <w:rPr>
          <w:b/>
          <w:i w:val="0"/>
        </w:rPr>
        <w:t>Сведения о государственном строительном надзоре при строительстве, реконструкции объекта капитального строительства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3"/>
        <w:gridCol w:w="1254"/>
        <w:gridCol w:w="2508"/>
        <w:gridCol w:w="1254"/>
        <w:gridCol w:w="1710"/>
        <w:gridCol w:w="1254"/>
        <w:gridCol w:w="1710"/>
      </w:tblGrid>
      <w:tr>
        <w:trPr>
          <w:tblHeader w:val="true"/>
          <w:tblHeader w:val="true"/>
          <w:tblHeader w:val="true"/>
          <w:tblHeader w:val="true"/>
          <w:tblHeader w:val="true"/>
          <w:tblHeader w:val="true"/>
          <w:tblHeader w:val="true"/>
          <w:cantSplit/>
        </w:trPr>
        <w:tc>
          <w:tcPr>
            <w:tcW w:type="dxa" w:w="513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№ п/п</w:t>
            </w:r>
          </w:p>
        </w:tc>
        <w:tc>
          <w:tcPr>
            <w:tcW w:type="dxa" w:w="1254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Дата контрольного (надзорного) мероприятия</w:t>
            </w:r>
          </w:p>
        </w:tc>
        <w:tc>
          <w:tcPr>
            <w:tcW w:type="dxa" w:w="2508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Данные о проведенных органом государственного строительного надзора контрольных (надзорных) мероприятиях</w:t>
            </w:r>
          </w:p>
        </w:tc>
        <w:tc>
          <w:tcPr>
            <w:tcW w:type="dxa" w:w="1254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Срок устранения выявленных нарушений</w:t>
            </w:r>
          </w:p>
        </w:tc>
        <w:tc>
          <w:tcPr>
            <w:tcW w:type="dxa" w:w="1710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Должность, фамилия, инициалы, подпись должностного лица</w:t>
            </w:r>
          </w:p>
        </w:tc>
        <w:tc>
          <w:tcPr>
            <w:tcW w:type="dxa" w:w="1254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Фактическая дата устранения выявленных нарушений</w:t>
            </w:r>
          </w:p>
        </w:tc>
        <w:tc>
          <w:tcPr>
            <w:tcW w:type="dxa" w:w="1710"/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Должность, фамилия, инициалы, подпись должностного лица</w:t>
            </w:r>
          </w:p>
        </w:tc>
      </w:tr>
      <w:tr>
        <w:trPr>
          <w:tblHeader w:val="true"/>
          <w:cantSplit/>
        </w:trPr>
        <w:tc>
          <w:tcPr>
            <w:tcW w:type="dxa" w:w="513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1</w:t>
            </w:r>
          </w:p>
        </w:tc>
        <w:tc>
          <w:tcPr>
            <w:tcW w:type="dxa" w:w="1254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2</w:t>
            </w:r>
          </w:p>
        </w:tc>
        <w:tc>
          <w:tcPr>
            <w:tcW w:type="dxa" w:w="2508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1254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1710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5</w:t>
            </w:r>
          </w:p>
        </w:tc>
        <w:tc>
          <w:tcPr>
            <w:tcW w:type="dxa" w:w="1254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6</w:t>
            </w:r>
          </w:p>
        </w:tc>
        <w:tc>
          <w:tcPr>
            <w:tcW w:type="dxa" w:w="1710"/>
          </w:tcPr>
          <w:p>
            <w:pPr>
              <w:jc w:val="center"/>
            </w:pPr>
            <w:r>
              <w:rPr>
                <w:b w:val="0"/>
                <w:i w:val="0"/>
                <w:sz w:val="15"/>
              </w:rPr>
              <w:t>7</w:t>
            </w:r>
          </w:p>
        </w:tc>
      </w:tr>
      <w:tr>
        <w:trPr>
          <w:trHeight w:val="396" w:hRule="atLeast"/>
          <w:cantSplit/>
        </w:trPr>
        <w:tc>
          <w:tcPr>
            <w:tcW w:type="dxa" w:w="513"/>
          </w:tcPr>
          <w:p/>
        </w:tc>
        <w:tc>
          <w:tcPr>
            <w:tcW w:type="dxa" w:w="1254"/>
          </w:tcPr>
          <w:p/>
        </w:tc>
        <w:tc>
          <w:tcPr>
            <w:tcW w:type="dxa" w:w="2508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</w:tr>
      <w:tr>
        <w:trPr>
          <w:trHeight w:val="396" w:hRule="atLeast"/>
          <w:cantSplit/>
        </w:trPr>
        <w:tc>
          <w:tcPr>
            <w:tcW w:type="dxa" w:w="513"/>
          </w:tcPr>
          <w:p/>
        </w:tc>
        <w:tc>
          <w:tcPr>
            <w:tcW w:type="dxa" w:w="1254"/>
          </w:tcPr>
          <w:p/>
        </w:tc>
        <w:tc>
          <w:tcPr>
            <w:tcW w:type="dxa" w:w="2508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</w:tr>
      <w:tr>
        <w:trPr>
          <w:trHeight w:val="396" w:hRule="atLeast"/>
          <w:cantSplit/>
        </w:trPr>
        <w:tc>
          <w:tcPr>
            <w:tcW w:type="dxa" w:w="513"/>
          </w:tcPr>
          <w:p/>
        </w:tc>
        <w:tc>
          <w:tcPr>
            <w:tcW w:type="dxa" w:w="1254"/>
          </w:tcPr>
          <w:p/>
        </w:tc>
        <w:tc>
          <w:tcPr>
            <w:tcW w:type="dxa" w:w="2508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</w:tr>
      <w:tr>
        <w:trPr>
          <w:trHeight w:val="396" w:hRule="atLeast"/>
          <w:cantSplit/>
        </w:trPr>
        <w:tc>
          <w:tcPr>
            <w:tcW w:type="dxa" w:w="513"/>
          </w:tcPr>
          <w:p/>
        </w:tc>
        <w:tc>
          <w:tcPr>
            <w:tcW w:type="dxa" w:w="1254"/>
          </w:tcPr>
          <w:p/>
        </w:tc>
        <w:tc>
          <w:tcPr>
            <w:tcW w:type="dxa" w:w="2508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</w:tr>
      <w:tr>
        <w:trPr>
          <w:trHeight w:val="396" w:hRule="atLeast"/>
          <w:cantSplit/>
        </w:trPr>
        <w:tc>
          <w:tcPr>
            <w:tcW w:type="dxa" w:w="513"/>
          </w:tcPr>
          <w:p/>
        </w:tc>
        <w:tc>
          <w:tcPr>
            <w:tcW w:type="dxa" w:w="1254"/>
          </w:tcPr>
          <w:p/>
        </w:tc>
        <w:tc>
          <w:tcPr>
            <w:tcW w:type="dxa" w:w="2508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</w:tr>
      <w:tr>
        <w:trPr>
          <w:trHeight w:val="396" w:hRule="atLeast"/>
          <w:cantSplit/>
        </w:trPr>
        <w:tc>
          <w:tcPr>
            <w:tcW w:type="dxa" w:w="513"/>
          </w:tcPr>
          <w:p/>
        </w:tc>
        <w:tc>
          <w:tcPr>
            <w:tcW w:type="dxa" w:w="1254"/>
          </w:tcPr>
          <w:p/>
        </w:tc>
        <w:tc>
          <w:tcPr>
            <w:tcW w:type="dxa" w:w="2508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</w:tr>
      <w:tr>
        <w:trPr>
          <w:trHeight w:val="396" w:hRule="atLeast"/>
          <w:cantSplit/>
        </w:trPr>
        <w:tc>
          <w:tcPr>
            <w:tcW w:type="dxa" w:w="513"/>
          </w:tcPr>
          <w:p/>
        </w:tc>
        <w:tc>
          <w:tcPr>
            <w:tcW w:type="dxa" w:w="1254"/>
          </w:tcPr>
          <w:p/>
        </w:tc>
        <w:tc>
          <w:tcPr>
            <w:tcW w:type="dxa" w:w="2508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</w:tr>
      <w:tr>
        <w:trPr>
          <w:trHeight w:val="396" w:hRule="atLeast"/>
          <w:cantSplit/>
        </w:trPr>
        <w:tc>
          <w:tcPr>
            <w:tcW w:type="dxa" w:w="513"/>
          </w:tcPr>
          <w:p/>
        </w:tc>
        <w:tc>
          <w:tcPr>
            <w:tcW w:type="dxa" w:w="1254"/>
          </w:tcPr>
          <w:p/>
        </w:tc>
        <w:tc>
          <w:tcPr>
            <w:tcW w:type="dxa" w:w="2508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</w:tr>
      <w:tr>
        <w:trPr>
          <w:trHeight w:val="396" w:hRule="atLeast"/>
          <w:cantSplit/>
        </w:trPr>
        <w:tc>
          <w:tcPr>
            <w:tcW w:type="dxa" w:w="513"/>
          </w:tcPr>
          <w:p/>
        </w:tc>
        <w:tc>
          <w:tcPr>
            <w:tcW w:type="dxa" w:w="1254"/>
          </w:tcPr>
          <w:p/>
        </w:tc>
        <w:tc>
          <w:tcPr>
            <w:tcW w:type="dxa" w:w="2508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</w:tr>
      <w:tr>
        <w:trPr>
          <w:trHeight w:val="396" w:hRule="atLeast"/>
          <w:cantSplit/>
        </w:trPr>
        <w:tc>
          <w:tcPr>
            <w:tcW w:type="dxa" w:w="513"/>
          </w:tcPr>
          <w:p/>
        </w:tc>
        <w:tc>
          <w:tcPr>
            <w:tcW w:type="dxa" w:w="1254"/>
          </w:tcPr>
          <w:p/>
        </w:tc>
        <w:tc>
          <w:tcPr>
            <w:tcW w:type="dxa" w:w="2508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</w:tr>
      <w:tr>
        <w:trPr>
          <w:trHeight w:val="396" w:hRule="atLeast"/>
          <w:cantSplit/>
        </w:trPr>
        <w:tc>
          <w:tcPr>
            <w:tcW w:type="dxa" w:w="513"/>
          </w:tcPr>
          <w:p/>
        </w:tc>
        <w:tc>
          <w:tcPr>
            <w:tcW w:type="dxa" w:w="1254"/>
          </w:tcPr>
          <w:p/>
        </w:tc>
        <w:tc>
          <w:tcPr>
            <w:tcW w:type="dxa" w:w="2508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</w:tr>
      <w:tr>
        <w:trPr>
          <w:trHeight w:val="396" w:hRule="atLeast"/>
          <w:cantSplit/>
        </w:trPr>
        <w:tc>
          <w:tcPr>
            <w:tcW w:type="dxa" w:w="513"/>
          </w:tcPr>
          <w:p/>
        </w:tc>
        <w:tc>
          <w:tcPr>
            <w:tcW w:type="dxa" w:w="1254"/>
          </w:tcPr>
          <w:p/>
        </w:tc>
        <w:tc>
          <w:tcPr>
            <w:tcW w:type="dxa" w:w="2508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</w:tr>
      <w:tr>
        <w:trPr>
          <w:trHeight w:val="396" w:hRule="atLeast"/>
          <w:cantSplit/>
        </w:trPr>
        <w:tc>
          <w:tcPr>
            <w:tcW w:type="dxa" w:w="513"/>
          </w:tcPr>
          <w:p/>
        </w:tc>
        <w:tc>
          <w:tcPr>
            <w:tcW w:type="dxa" w:w="1254"/>
          </w:tcPr>
          <w:p/>
        </w:tc>
        <w:tc>
          <w:tcPr>
            <w:tcW w:type="dxa" w:w="2508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</w:tr>
      <w:tr>
        <w:trPr>
          <w:trHeight w:val="396" w:hRule="atLeast"/>
          <w:cantSplit/>
        </w:trPr>
        <w:tc>
          <w:tcPr>
            <w:tcW w:type="dxa" w:w="513"/>
          </w:tcPr>
          <w:p/>
        </w:tc>
        <w:tc>
          <w:tcPr>
            <w:tcW w:type="dxa" w:w="1254"/>
          </w:tcPr>
          <w:p/>
        </w:tc>
        <w:tc>
          <w:tcPr>
            <w:tcW w:type="dxa" w:w="2508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</w:tr>
      <w:tr>
        <w:trPr>
          <w:trHeight w:val="396" w:hRule="atLeast"/>
          <w:cantSplit/>
        </w:trPr>
        <w:tc>
          <w:tcPr>
            <w:tcW w:type="dxa" w:w="513"/>
          </w:tcPr>
          <w:p/>
        </w:tc>
        <w:tc>
          <w:tcPr>
            <w:tcW w:type="dxa" w:w="1254"/>
          </w:tcPr>
          <w:p/>
        </w:tc>
        <w:tc>
          <w:tcPr>
            <w:tcW w:type="dxa" w:w="2508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</w:tr>
      <w:tr>
        <w:trPr>
          <w:trHeight w:val="396" w:hRule="atLeast"/>
          <w:cantSplit/>
        </w:trPr>
        <w:tc>
          <w:tcPr>
            <w:tcW w:type="dxa" w:w="513"/>
          </w:tcPr>
          <w:p/>
        </w:tc>
        <w:tc>
          <w:tcPr>
            <w:tcW w:type="dxa" w:w="1254"/>
          </w:tcPr>
          <w:p/>
        </w:tc>
        <w:tc>
          <w:tcPr>
            <w:tcW w:type="dxa" w:w="2508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</w:tr>
      <w:tr>
        <w:trPr>
          <w:trHeight w:val="396" w:hRule="atLeast"/>
          <w:cantSplit/>
        </w:trPr>
        <w:tc>
          <w:tcPr>
            <w:tcW w:type="dxa" w:w="513"/>
          </w:tcPr>
          <w:p/>
        </w:tc>
        <w:tc>
          <w:tcPr>
            <w:tcW w:type="dxa" w:w="1254"/>
          </w:tcPr>
          <w:p/>
        </w:tc>
        <w:tc>
          <w:tcPr>
            <w:tcW w:type="dxa" w:w="2508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</w:tr>
      <w:tr>
        <w:trPr>
          <w:trHeight w:val="396" w:hRule="atLeast"/>
          <w:cantSplit/>
        </w:trPr>
        <w:tc>
          <w:tcPr>
            <w:tcW w:type="dxa" w:w="513"/>
          </w:tcPr>
          <w:p/>
        </w:tc>
        <w:tc>
          <w:tcPr>
            <w:tcW w:type="dxa" w:w="1254"/>
          </w:tcPr>
          <w:p/>
        </w:tc>
        <w:tc>
          <w:tcPr>
            <w:tcW w:type="dxa" w:w="2508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</w:tr>
      <w:tr>
        <w:trPr>
          <w:trHeight w:val="396" w:hRule="atLeast"/>
          <w:cantSplit/>
        </w:trPr>
        <w:tc>
          <w:tcPr>
            <w:tcW w:type="dxa" w:w="513"/>
          </w:tcPr>
          <w:p/>
        </w:tc>
        <w:tc>
          <w:tcPr>
            <w:tcW w:type="dxa" w:w="1254"/>
          </w:tcPr>
          <w:p/>
        </w:tc>
        <w:tc>
          <w:tcPr>
            <w:tcW w:type="dxa" w:w="2508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</w:tr>
      <w:tr>
        <w:trPr>
          <w:trHeight w:val="396" w:hRule="atLeast"/>
          <w:cantSplit/>
        </w:trPr>
        <w:tc>
          <w:tcPr>
            <w:tcW w:type="dxa" w:w="513"/>
          </w:tcPr>
          <w:p/>
        </w:tc>
        <w:tc>
          <w:tcPr>
            <w:tcW w:type="dxa" w:w="1254"/>
          </w:tcPr>
          <w:p/>
        </w:tc>
        <w:tc>
          <w:tcPr>
            <w:tcW w:type="dxa" w:w="2508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  <w:tc>
          <w:tcPr>
            <w:tcW w:type="dxa" w:w="1254"/>
          </w:tcPr>
          <w:p/>
        </w:tc>
        <w:tc>
          <w:tcPr>
            <w:tcW w:type="dxa" w:w="1710"/>
          </w:tcPr>
          <w:p/>
        </w:tc>
      </w:tr>
    </w:tbl>
    <w:sectPr w:rsidR="00FC693F" w:rsidRPr="0006063C" w:rsidSect="00034616">
      <w:pgSz w:w="11906" w:h="16838"/>
      <w:pgMar w:top="850" w:right="567" w:bottom="850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 w:cs="Times New Roman" w:eastAsia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</Pages>
  <Words>0</Words>
  <Characters>0</Characters>
  <Application>СтройОко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журнал работ (форма по приказу № 1026/пр)</dc:title>
  <dc:subject>Форма — приложение № 1 к приказу Минстроя России от 02.12.2022 № 1026/пр</dc:subject>
  <dc:creator>СтройОко — stroy-oko.ru</dc:creator>
  <cp:keywords/>
  <dc:description>Бланк для заполнения. Описание и порядок заполнения: https://stroy-oko.ru/obrazcy</dc:description>
  <cp:lastModifiedBy>СтройОко — stroy-oko.ru</cp:lastModifiedBy>
  <cp:revision>1</cp:revision>
  <dcterms:created xsi:type="dcterms:W3CDTF">2026-10-30T12:00:00Z</dcterms:created>
  <dcterms:modified xsi:type="dcterms:W3CDTF">2026-10-30T12:00:00Z</dcterms:modified>
  <cp:category>Бланк</cp:category>
</cp:coreProperties>
</file>