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6123"/>
      </w:pPr>
      <w:r>
        <w:rPr>
          <w:sz w:val="16"/>
        </w:rPr>
        <w:t>Приложение № 2</w:t>
      </w:r>
    </w:p>
    <w:p>
      <w:pPr>
        <w:ind w:left="6123"/>
      </w:pPr>
      <w:r>
        <w:rPr>
          <w:sz w:val="16"/>
        </w:rPr>
        <w:t>к Правилам по охране труда</w:t>
      </w:r>
    </w:p>
    <w:p>
      <w:pPr>
        <w:ind w:left="6123"/>
      </w:pPr>
      <w:r>
        <w:rPr>
          <w:sz w:val="16"/>
        </w:rPr>
        <w:t>при работе на высоте, утвержденным</w:t>
      </w:r>
    </w:p>
    <w:p>
      <w:pPr>
        <w:ind w:left="6123"/>
      </w:pPr>
      <w:r>
        <w:rPr>
          <w:sz w:val="16"/>
        </w:rPr>
        <w:t>приказом Министерства труда</w:t>
      </w:r>
    </w:p>
    <w:p>
      <w:pPr>
        <w:ind w:left="6123"/>
      </w:pPr>
      <w:r>
        <w:rPr>
          <w:sz w:val="16"/>
        </w:rPr>
        <w:t>и социальной защиты</w:t>
      </w:r>
    </w:p>
    <w:p>
      <w:pPr>
        <w:ind w:left="6123"/>
      </w:pPr>
      <w:r>
        <w:rPr>
          <w:sz w:val="16"/>
        </w:rPr>
        <w:t>Российской Федерации</w:t>
      </w:r>
    </w:p>
    <w:p>
      <w:pPr>
        <w:ind w:left="6123"/>
      </w:pPr>
      <w:r>
        <w:rPr>
          <w:sz w:val="16"/>
        </w:rPr>
        <w:t>от 16 ноября 2020 г. № 782н</w:t>
      </w:r>
    </w:p>
    <w:p>
      <w:pPr>
        <w:spacing w:before="80"/>
        <w:ind w:left="6123"/>
      </w:pPr>
      <w:r>
        <w:rPr>
          <w:i/>
          <w:sz w:val="16"/>
        </w:rPr>
        <w:t>Рекомендуемый образец</w:t>
      </w:r>
    </w:p>
    <w:p>
      <w:pPr>
        <w:spacing w:after="0" w:line="160" w:lineRule="exact"/>
      </w:pPr>
      <w:r>
        <w:rPr>
          <w:sz w:val="16"/>
        </w:rPr>
      </w:r>
    </w:p>
    <w:p>
      <w:pPr>
        <w:spacing w:before="0" w:after="0"/>
        <w:jc w:val="center"/>
      </w:pPr>
      <w:r>
        <w:rPr>
          <w:b/>
          <w:i w:val="0"/>
          <w:sz w:val="24"/>
        </w:rPr>
        <w:t>НАРЯД-ДОПУСК № ____</w:t>
      </w:r>
    </w:p>
    <w:p>
      <w:pPr>
        <w:spacing w:before="0" w:after="120"/>
        <w:jc w:val="center"/>
      </w:pPr>
      <w:r>
        <w:rPr>
          <w:b/>
          <w:i w:val="0"/>
          <w:sz w:val="24"/>
        </w:rPr>
        <w:t>НА ПРОИЗВОДСТВО РАБОТ НА ВЫСОТЕ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87"/>
        <w:gridCol w:w="8617"/>
      </w:tblGrid>
      <w:tr>
        <w:trPr>
          <w:cantSplit/>
        </w:trPr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Организация:</w:t>
            </w:r>
          </w:p>
        </w:tc>
        <w:tc>
          <w:tcPr>
            <w:tcW w:type="dxa" w:w="86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87"/>
        <w:gridCol w:w="8617"/>
      </w:tblGrid>
      <w:tr>
        <w:trPr>
          <w:cantSplit/>
        </w:trPr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Подразделение:</w:t>
            </w:r>
          </w:p>
        </w:tc>
        <w:tc>
          <w:tcPr>
            <w:tcW w:type="dxa" w:w="86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p>
      <w:pPr>
        <w:spacing w:before="160" w:after="0"/>
        <w:jc w:val="center"/>
      </w:pPr>
      <w:r>
        <w:rPr>
          <w:b w:val="0"/>
          <w:i w:val="0"/>
        </w:rPr>
        <w:t>Выдан «____» _______________ 20____ года</w:t>
      </w:r>
    </w:p>
    <w:p>
      <w:pPr>
        <w:spacing w:before="80" w:after="0"/>
        <w:jc w:val="center"/>
      </w:pPr>
      <w:r>
        <w:rPr>
          <w:b w:val="0"/>
          <w:i w:val="0"/>
        </w:rPr>
        <w:t>Действителен до «____» _______________ 20____ года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968"/>
        <w:gridCol w:w="6236"/>
      </w:tblGrid>
      <w:tr>
        <w:trPr>
          <w:cantSplit/>
        </w:trPr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Ответственному руководителю работ:</w:t>
            </w:r>
          </w:p>
        </w:tc>
        <w:tc>
          <w:tcPr>
            <w:tcW w:type="dxa" w:w="623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623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инициалы)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555"/>
        <w:gridCol w:w="4649"/>
      </w:tblGrid>
      <w:tr>
        <w:trPr>
          <w:cantSplit/>
        </w:trPr>
        <w:tc>
          <w:tcPr>
            <w:tcW w:type="dxa" w:w="555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Ответственному исполнителю (производителю) работ:</w:t>
            </w:r>
          </w:p>
        </w:tc>
        <w:tc>
          <w:tcPr>
            <w:tcW w:type="dxa" w:w="464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555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649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инициалы)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381"/>
        <w:gridCol w:w="7823"/>
      </w:tblGrid>
      <w:tr>
        <w:trPr>
          <w:cantSplit/>
        </w:trPr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На выполнение работ:</w:t>
            </w:r>
          </w:p>
        </w:tc>
        <w:tc>
          <w:tcPr>
            <w:tcW w:type="dxa" w:w="782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p>
      <w:pPr>
        <w:spacing w:before="160" w:after="60"/>
      </w:pPr>
      <w:r>
        <w:rPr>
          <w:b w:val="0"/>
          <w:i w:val="0"/>
        </w:rPr>
        <w:t>Состав исполнителей работ (члены бригады):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2834"/>
        <w:gridCol w:w="2834"/>
      </w:tblGrid>
      <w:tr>
        <w:trPr>
          <w:tblHeader w:val="true"/>
          <w:tblHeader w:val="true"/>
          <w:tblHeader w:val="true"/>
          <w:cantSplit/>
        </w:trPr>
        <w:tc>
          <w:tcPr>
            <w:tcW w:type="dxa" w:w="4536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Фамилия, имя, отчество (при наличии)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С условиями работ ознакомил, инструктаж провел (подпись)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С условиями работ ознакомлен (подпись)</w:t>
            </w:r>
          </w:p>
        </w:tc>
      </w:tr>
      <w:tr>
        <w:trPr>
          <w:trHeight w:val="396" w:hRule="atLeast"/>
          <w:cantSplit/>
        </w:trPr>
        <w:tc>
          <w:tcPr>
            <w:tcW w:type="dxa" w:w="4536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  <w:tr>
        <w:trPr>
          <w:trHeight w:val="396" w:hRule="atLeast"/>
          <w:cantSplit/>
        </w:trPr>
        <w:tc>
          <w:tcPr>
            <w:tcW w:type="dxa" w:w="4536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  <w:tr>
        <w:trPr>
          <w:trHeight w:val="396" w:hRule="atLeast"/>
          <w:cantSplit/>
        </w:trPr>
        <w:tc>
          <w:tcPr>
            <w:tcW w:type="dxa" w:w="4536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607"/>
        <w:gridCol w:w="7597"/>
      </w:tblGrid>
      <w:tr>
        <w:trPr>
          <w:cantSplit/>
        </w:trPr>
        <w:tc>
          <w:tcPr>
            <w:tcW w:type="dxa" w:w="2608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Место выполнения работ:</w:t>
            </w:r>
          </w:p>
        </w:tc>
        <w:tc>
          <w:tcPr>
            <w:tcW w:type="dxa" w:w="759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40"/>
        <w:gridCol w:w="8164"/>
      </w:tblGrid>
      <w:tr>
        <w:trPr>
          <w:cantSplit/>
        </w:trPr>
        <w:tc>
          <w:tcPr>
            <w:tcW w:type="dxa" w:w="204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Содержание работ:</w:t>
            </w:r>
          </w:p>
        </w:tc>
        <w:tc>
          <w:tcPr>
            <w:tcW w:type="dxa" w:w="816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34"/>
        <w:gridCol w:w="7370"/>
      </w:tblGrid>
      <w:tr>
        <w:trPr>
          <w:cantSplit/>
        </w:trPr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Условия проведения работ:</w:t>
            </w:r>
          </w:p>
        </w:tc>
        <w:tc>
          <w:tcPr>
            <w:tcW w:type="dxa" w:w="737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p>
      <w:pPr>
        <w:spacing w:before="120" w:after="0"/>
      </w:pPr>
      <w:r>
        <w:rPr>
          <w:b w:val="0"/>
          <w:i w:val="0"/>
        </w:rPr>
        <w:t>Опасные и вредные производственные факторы, которые действуют или могут возникнуть в местах выполнения работ: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p>
      <w:pPr>
        <w:spacing w:before="160" w:after="0"/>
      </w:pPr>
      <w:r>
        <w:rPr>
          <w:b w:val="0"/>
          <w:i w:val="0"/>
        </w:rPr>
        <w:t>Начало работ: ________ час ________ мин «____» _______________ 20____ г.</w:t>
      </w:r>
    </w:p>
    <w:p>
      <w:pPr>
        <w:spacing w:before="80" w:after="120"/>
      </w:pPr>
      <w:r>
        <w:rPr>
          <w:b w:val="0"/>
          <w:i w:val="0"/>
        </w:rPr>
        <w:t>Окончание работ: ________ час ________ мин «____» _______________ 20____ г.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8"/>
        <w:gridCol w:w="6236"/>
      </w:tblGrid>
      <w:tr>
        <w:trPr>
          <w:cantSplit/>
        </w:trPr>
        <w:tc>
          <w:tcPr>
            <w:tcW w:type="dxa" w:w="3969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Системы обеспечения безопасности работ на высоте:</w:t>
            </w:r>
          </w:p>
        </w:tc>
        <w:tc>
          <w:tcPr>
            <w:tcW w:type="dxa" w:w="6236"/>
          </w:tcPr>
          <w:p>
            <w:pPr>
              <w:jc w:val="center"/>
            </w:pPr>
            <w:r>
              <w:rPr>
                <w:b/>
                <w:i w:val="0"/>
                <w:sz w:val="18"/>
              </w:rPr>
              <w:t>Состав системы:</w:t>
            </w:r>
          </w:p>
        </w:tc>
      </w:tr>
      <w:tr>
        <w:trPr>
          <w:trHeight w:val="453" w:hRule="atLeast"/>
          <w:cantSplit/>
        </w:trPr>
        <w:tc>
          <w:tcPr>
            <w:tcW w:type="dxa" w:w="3969"/>
          </w:tcPr>
          <w:p>
            <w:r>
              <w:rPr>
                <w:b w:val="0"/>
                <w:i w:val="0"/>
                <w:sz w:val="18"/>
              </w:rPr>
              <w:t>Удерживающие системы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  <w:cantSplit/>
        </w:trPr>
        <w:tc>
          <w:tcPr>
            <w:tcW w:type="dxa" w:w="3969"/>
          </w:tcPr>
          <w:p>
            <w:r>
              <w:rPr>
                <w:b w:val="0"/>
                <w:i w:val="0"/>
                <w:sz w:val="18"/>
              </w:rPr>
              <w:t>Системы позиционирования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  <w:cantSplit/>
        </w:trPr>
        <w:tc>
          <w:tcPr>
            <w:tcW w:type="dxa" w:w="3969"/>
          </w:tcPr>
          <w:p>
            <w:r>
              <w:rPr>
                <w:b w:val="0"/>
                <w:i w:val="0"/>
                <w:sz w:val="18"/>
              </w:rPr>
              <w:t>Страховочные системы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  <w:cantSplit/>
        </w:trPr>
        <w:tc>
          <w:tcPr>
            <w:tcW w:type="dxa" w:w="3969"/>
          </w:tcPr>
          <w:p>
            <w:r>
              <w:rPr>
                <w:b w:val="0"/>
                <w:i w:val="0"/>
                <w:sz w:val="18"/>
              </w:rPr>
              <w:t>Эвакуационные и спасательные системы</w:t>
            </w:r>
          </w:p>
        </w:tc>
        <w:tc>
          <w:tcPr>
            <w:tcW w:type="dxa" w:w="6236"/>
          </w:tcPr>
          <w:p/>
        </w:tc>
      </w:tr>
    </w:tbl>
    <w:p>
      <w:pPr>
        <w:spacing w:before="160" w:after="0"/>
      </w:pPr>
      <w:r>
        <w:rPr>
          <w:b w:val="0"/>
          <w:i w:val="0"/>
        </w:rPr>
        <w:t>1. Необходимые для производства работ: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47"/>
        <w:gridCol w:w="8957"/>
      </w:tblGrid>
      <w:tr>
        <w:trPr>
          <w:cantSplit/>
        </w:trPr>
        <w:tc>
          <w:tcPr>
            <w:tcW w:type="dxa" w:w="124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материалы:</w:t>
            </w:r>
          </w:p>
        </w:tc>
        <w:tc>
          <w:tcPr>
            <w:tcW w:type="dxa" w:w="895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360"/>
        <w:gridCol w:w="8844"/>
      </w:tblGrid>
      <w:tr>
        <w:trPr>
          <w:cantSplit/>
        </w:trPr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инструменты:</w:t>
            </w:r>
          </w:p>
        </w:tc>
        <w:tc>
          <w:tcPr>
            <w:tcW w:type="dxa" w:w="884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87"/>
        <w:gridCol w:w="8617"/>
      </w:tblGrid>
      <w:tr>
        <w:trPr>
          <w:cantSplit/>
        </w:trPr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приспособления</w:t>
            </w:r>
          </w:p>
        </w:tc>
        <w:tc>
          <w:tcPr>
            <w:tcW w:type="dxa" w:w="8618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p>
      <w:pPr>
        <w:spacing w:before="160" w:after="60"/>
      </w:pPr>
      <w:r>
        <w:rPr>
          <w:b w:val="0"/>
          <w:i w:val="0"/>
        </w:rPr>
        <w:t>2. До начала работ следует выполнить следующие мероприятия: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9"/>
        <w:gridCol w:w="1984"/>
        <w:gridCol w:w="2551"/>
      </w:tblGrid>
      <w:tr>
        <w:trPr>
          <w:tblHeader w:val="true"/>
          <w:tblHeader w:val="true"/>
          <w:tblHeader w:val="true"/>
          <w:cantSplit/>
        </w:trPr>
        <w:tc>
          <w:tcPr>
            <w:tcW w:type="dxa" w:w="5669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Наименование мероприятия или ссылки на пункт ППР или технологических карт</w:t>
            </w:r>
          </w:p>
        </w:tc>
        <w:tc>
          <w:tcPr>
            <w:tcW w:type="dxa" w:w="198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Срок выполнения</w:t>
            </w:r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Ответственный исполнитель (производитель)</w:t>
            </w:r>
          </w:p>
        </w:tc>
      </w:tr>
      <w:tr>
        <w:trPr>
          <w:trHeight w:val="396" w:hRule="atLeast"/>
          <w:cantSplit/>
        </w:trPr>
        <w:tc>
          <w:tcPr>
            <w:tcW w:type="dxa" w:w="5669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396" w:hRule="atLeast"/>
          <w:cantSplit/>
        </w:trPr>
        <w:tc>
          <w:tcPr>
            <w:tcW w:type="dxa" w:w="5669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</w:tbl>
    <w:p>
      <w:pPr>
        <w:spacing w:before="160" w:after="60"/>
      </w:pPr>
      <w:r>
        <w:rPr>
          <w:b w:val="0"/>
          <w:i w:val="0"/>
        </w:rPr>
        <w:t>3. В процессе производства работ необходимо выполнить следующие мероприятия: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9"/>
        <w:gridCol w:w="1984"/>
        <w:gridCol w:w="2551"/>
      </w:tblGrid>
      <w:tr>
        <w:trPr>
          <w:tblHeader w:val="true"/>
          <w:tblHeader w:val="true"/>
          <w:tblHeader w:val="true"/>
          <w:cantSplit/>
        </w:trPr>
        <w:tc>
          <w:tcPr>
            <w:tcW w:type="dxa" w:w="5669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Наименование мероприятия по безопасности работ на высоте</w:t>
            </w:r>
          </w:p>
        </w:tc>
        <w:tc>
          <w:tcPr>
            <w:tcW w:type="dxa" w:w="198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Срок выполнения</w:t>
            </w:r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Ответственный исполнитель (производитель)</w:t>
            </w:r>
          </w:p>
        </w:tc>
      </w:tr>
      <w:tr>
        <w:trPr>
          <w:trHeight w:val="396" w:hRule="atLeast"/>
          <w:cantSplit/>
        </w:trPr>
        <w:tc>
          <w:tcPr>
            <w:tcW w:type="dxa" w:w="5669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396" w:hRule="atLeast"/>
          <w:cantSplit/>
        </w:trPr>
        <w:tc>
          <w:tcPr>
            <w:tcW w:type="dxa" w:w="5669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</w:tbl>
    <w:p>
      <w:pPr>
        <w:spacing w:before="160" w:after="60"/>
      </w:pPr>
      <w:r>
        <w:rPr>
          <w:b w:val="0"/>
          <w:i w:val="0"/>
        </w:rPr>
        <w:t>4. Особые условия проведения работ: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9"/>
        <w:gridCol w:w="1984"/>
        <w:gridCol w:w="2551"/>
      </w:tblGrid>
      <w:tr>
        <w:trPr>
          <w:tblHeader w:val="true"/>
          <w:tblHeader w:val="true"/>
          <w:tblHeader w:val="true"/>
          <w:cantSplit/>
        </w:trPr>
        <w:tc>
          <w:tcPr>
            <w:tcW w:type="dxa" w:w="5669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Наименование условий</w:t>
            </w:r>
          </w:p>
        </w:tc>
        <w:tc>
          <w:tcPr>
            <w:tcW w:type="dxa" w:w="198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Срок выполнения</w:t>
            </w:r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Ответственный исполнитель (производитель)</w:t>
            </w:r>
          </w:p>
        </w:tc>
      </w:tr>
      <w:tr>
        <w:trPr>
          <w:trHeight w:val="396" w:hRule="atLeast"/>
          <w:cantSplit/>
        </w:trPr>
        <w:tc>
          <w:tcPr>
            <w:tcW w:type="dxa" w:w="5669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  <w:tr>
        <w:trPr>
          <w:trHeight w:val="396" w:hRule="atLeast"/>
          <w:cantSplit/>
        </w:trPr>
        <w:tc>
          <w:tcPr>
            <w:tcW w:type="dxa" w:w="5669"/>
          </w:tcPr>
          <w:p/>
        </w:tc>
        <w:tc>
          <w:tcPr>
            <w:tcW w:type="dxa" w:w="1984"/>
          </w:tcPr>
          <w:p/>
        </w:tc>
        <w:tc>
          <w:tcPr>
            <w:tcW w:type="dxa" w:w="2551"/>
          </w:tcPr>
          <w:p/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7"/>
        <w:gridCol w:w="7937"/>
      </w:tblGrid>
      <w:tr>
        <w:trPr>
          <w:cantSplit/>
        </w:trP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Отдельные указания:</w:t>
            </w:r>
          </w:p>
        </w:tc>
        <w:tc>
          <w:tcPr>
            <w:tcW w:type="dxa" w:w="793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87"/>
        <w:gridCol w:w="4082"/>
        <w:gridCol w:w="453"/>
        <w:gridCol w:w="4082"/>
      </w:tblGrid>
      <w:tr>
        <w:trPr>
          <w:cantSplit/>
        </w:trPr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Наряд выдал:</w:t>
            </w:r>
          </w:p>
        </w:tc>
        <w:tc>
          <w:tcPr>
            <w:tcW w:type="dxa" w:w="408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408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(дата)</w:t>
            </w: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(время)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87"/>
        <w:gridCol w:w="4082"/>
        <w:gridCol w:w="453"/>
        <w:gridCol w:w="4082"/>
      </w:tblGrid>
      <w:tr>
        <w:trPr>
          <w:cantSplit/>
        </w:trPr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Подпись:</w:t>
            </w:r>
          </w:p>
        </w:tc>
        <w:tc>
          <w:tcPr>
            <w:tcW w:type="dxa" w:w="408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408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(подпись)</w:t>
            </w: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инициалы)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87"/>
        <w:gridCol w:w="4082"/>
        <w:gridCol w:w="453"/>
        <w:gridCol w:w="4082"/>
      </w:tblGrid>
      <w:tr>
        <w:trPr>
          <w:cantSplit/>
        </w:trPr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Наряд продлил:</w:t>
            </w:r>
          </w:p>
        </w:tc>
        <w:tc>
          <w:tcPr>
            <w:tcW w:type="dxa" w:w="408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408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(дата)</w:t>
            </w: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(время)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87"/>
        <w:gridCol w:w="4082"/>
        <w:gridCol w:w="453"/>
        <w:gridCol w:w="4082"/>
      </w:tblGrid>
      <w:tr>
        <w:trPr>
          <w:cantSplit/>
        </w:trPr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Подпись:</w:t>
            </w:r>
          </w:p>
        </w:tc>
        <w:tc>
          <w:tcPr>
            <w:tcW w:type="dxa" w:w="408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408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(подпись)</w:t>
            </w: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инициалы)</w:t>
            </w:r>
          </w:p>
        </w:tc>
      </w:tr>
    </w:tbl>
    <w:p>
      <w:pPr>
        <w:spacing w:before="200" w:after="60"/>
      </w:pPr>
      <w:r>
        <w:rPr>
          <w:b w:val="0"/>
          <w:i w:val="0"/>
        </w:rPr>
        <w:t>5. Разрешение на подготовку рабочих мест и на допуск к выполнению работ: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1700"/>
        <w:gridCol w:w="3968"/>
      </w:tblGrid>
      <w:tr>
        <w:trPr>
          <w:tblHeader w:val="true"/>
          <w:tblHeader w:val="true"/>
          <w:tblHeader w:val="true"/>
          <w:cantSplit/>
        </w:trPr>
        <w:tc>
          <w:tcPr>
            <w:tcW w:type="dxa" w:w="4536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Разрешение на подготовку рабочих мест и на допуск к выполнению работ выдал (должность, фамилия или подпись)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Дата, время</w:t>
            </w:r>
          </w:p>
        </w:tc>
        <w:tc>
          <w:tcPr>
            <w:tcW w:type="dxa" w:w="3969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Подпись работника, получившего разрешение на подготовку рабочих мест и на допуск к выполнению работ</w:t>
            </w:r>
          </w:p>
        </w:tc>
      </w:tr>
      <w:tr>
        <w:trPr>
          <w:tblHeader w:val="true"/>
          <w:cantSplit/>
        </w:trPr>
        <w:tc>
          <w:tcPr>
            <w:tcW w:type="dxa" w:w="4536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</w:t>
            </w:r>
          </w:p>
        </w:tc>
      </w:tr>
      <w:tr>
        <w:trPr>
          <w:trHeight w:val="396" w:hRule="atLeast"/>
          <w:cantSplit/>
        </w:trPr>
        <w:tc>
          <w:tcPr>
            <w:tcW w:type="dxa" w:w="4536"/>
          </w:tcPr>
          <w:p/>
        </w:tc>
        <w:tc>
          <w:tcPr>
            <w:tcW w:type="dxa" w:w="1701"/>
          </w:tcPr>
          <w:p/>
        </w:tc>
        <w:tc>
          <w:tcPr>
            <w:tcW w:type="dxa" w:w="3969"/>
          </w:tcPr>
          <w:p/>
        </w:tc>
      </w:tr>
      <w:tr>
        <w:trPr>
          <w:trHeight w:val="396" w:hRule="atLeast"/>
          <w:cantSplit/>
        </w:trPr>
        <w:tc>
          <w:tcPr>
            <w:tcW w:type="dxa" w:w="4536"/>
          </w:tcPr>
          <w:p/>
        </w:tc>
        <w:tc>
          <w:tcPr>
            <w:tcW w:type="dxa" w:w="1701"/>
          </w:tcPr>
          <w:p/>
        </w:tc>
        <w:tc>
          <w:tcPr>
            <w:tcW w:type="dxa" w:w="3969"/>
          </w:tcPr>
          <w:p/>
        </w:tc>
      </w:tr>
    </w:tbl>
    <w:p>
      <w:pPr>
        <w:spacing w:before="160" w:after="0"/>
      </w:pPr>
      <w:r>
        <w:rPr>
          <w:b w:val="0"/>
          <w:i w:val="0"/>
        </w:rPr>
        <w:t>Рабочие места подготовлены.</w:t>
      </w:r>
    </w:p>
    <w:p>
      <w:pPr>
        <w:spacing w:before="0" w:after="0"/>
      </w:pPr>
      <w:r>
        <w:rPr>
          <w:b w:val="0"/>
          <w:i w:val="0"/>
        </w:rPr>
        <w:t>Ответственный руководитель работ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741"/>
        <w:gridCol w:w="6463"/>
      </w:tblGrid>
      <w:tr>
        <w:trPr>
          <w:cantSplit/>
        </w:trPr>
        <w:tc>
          <w:tcPr>
            <w:tcW w:type="dxa" w:w="374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(исполнитель (производитель) работ)</w:t>
            </w:r>
          </w:p>
        </w:tc>
        <w:tc>
          <w:tcPr>
            <w:tcW w:type="dxa" w:w="6463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374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646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(подпись, фамилия, инициалы)</w:t>
            </w:r>
          </w:p>
        </w:tc>
      </w:tr>
    </w:tbl>
    <w:p>
      <w:pPr>
        <w:spacing w:before="200" w:after="60"/>
      </w:pPr>
      <w:r>
        <w:rPr>
          <w:b w:val="0"/>
          <w:i w:val="0"/>
        </w:rPr>
        <w:t>6. Ежедневный допуск к работе и время ее окончания: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1360"/>
        <w:gridCol w:w="1700"/>
        <w:gridCol w:w="1700"/>
        <w:gridCol w:w="1360"/>
        <w:gridCol w:w="1587"/>
      </w:tblGrid>
      <w:tr>
        <w:trPr>
          <w:tblHeader w:val="true"/>
          <w:cantSplit/>
        </w:trPr>
        <w:tc>
          <w:tcPr>
            <w:tcW w:type="dxa" w:w="7258"/>
            <w:gridSpan w:val="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Бригада получила целевой инструктаж и допущена на подготовленное рабочее место</w:t>
            </w:r>
          </w:p>
        </w:tc>
        <w:tc>
          <w:tcPr>
            <w:tcW w:type="dxa" w:w="2948"/>
            <w:gridSpan w:val="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Работа закончена, бригада удалена</w:t>
            </w:r>
          </w:p>
        </w:tc>
      </w:tr>
      <w:tr>
        <w:trPr>
          <w:tblHeader w:val="true"/>
          <w:cantSplit/>
        </w:trPr>
        <w:tc>
          <w:tcPr>
            <w:tcW w:type="dxa" w:w="2495"/>
            <w:vMerge w:val="restart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наименование рабочего места</w:t>
            </w:r>
          </w:p>
        </w:tc>
        <w:tc>
          <w:tcPr>
            <w:tcW w:type="dxa" w:w="1361"/>
            <w:vMerge w:val="restart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дата, время</w:t>
            </w:r>
          </w:p>
        </w:tc>
        <w:tc>
          <w:tcPr>
            <w:tcW w:type="dxa" w:w="3402"/>
            <w:gridSpan w:val="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подписи (подпись) (фамилия, инициалы)</w:t>
            </w:r>
          </w:p>
        </w:tc>
        <w:tc>
          <w:tcPr>
            <w:tcW w:type="dxa" w:w="1361"/>
            <w:vMerge w:val="restart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дата, время</w:t>
            </w:r>
          </w:p>
        </w:tc>
        <w:tc>
          <w:tcPr>
            <w:tcW w:type="dxa" w:w="1587"/>
            <w:vMerge w:val="restart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подпись ответственного исполнителя (производителя) работ (подпись) (фамилия, инициалы)</w:t>
            </w:r>
          </w:p>
        </w:tc>
      </w:tr>
      <w:tr>
        <w:trPr>
          <w:tblHeader w:val="true"/>
          <w:cantSplit/>
        </w:trPr>
        <w:tc>
          <w:tcPr>
            <w:tcW w:type="dxa" w:w="2495"/>
            <w:vMerge/>
          </w:tcPr>
          <w:p/>
        </w:tc>
        <w:tc>
          <w:tcPr>
            <w:tcW w:type="dxa" w:w="1361"/>
            <w:vMerge/>
          </w:tcPr>
          <w:p/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Ответственный руководитель работ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ответственный исполнитель (производитель) работ</w:t>
            </w:r>
          </w:p>
        </w:tc>
        <w:tc>
          <w:tcPr>
            <w:tcW w:type="dxa" w:w="1361"/>
            <w:vMerge/>
          </w:tcPr>
          <w:p/>
        </w:tc>
        <w:tc>
          <w:tcPr>
            <w:tcW w:type="dxa" w:w="1587"/>
            <w:vMerge/>
          </w:tcPr>
          <w:p/>
        </w:tc>
      </w:tr>
      <w:tr>
        <w:trPr>
          <w:cantSplit/>
        </w:trPr>
        <w:tc>
          <w:tcPr>
            <w:tcW w:type="dxa" w:w="2495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1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3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4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5</w:t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6</w:t>
            </w:r>
          </w:p>
        </w:tc>
      </w:tr>
      <w:tr>
        <w:trPr>
          <w:trHeight w:val="453" w:hRule="atLeast"/>
          <w:cantSplit/>
        </w:trPr>
        <w:tc>
          <w:tcPr>
            <w:tcW w:type="dxa" w:w="2495"/>
          </w:tcPr>
          <w:p/>
        </w:tc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  <w:tr>
        <w:trPr>
          <w:trHeight w:val="453" w:hRule="atLeast"/>
          <w:cantSplit/>
        </w:trPr>
        <w:tc>
          <w:tcPr>
            <w:tcW w:type="dxa" w:w="2495"/>
          </w:tcPr>
          <w:p/>
        </w:tc>
        <w:tc>
          <w:tcPr>
            <w:tcW w:type="dxa" w:w="1361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</w:tr>
    </w:tbl>
    <w:p>
      <w:pPr>
        <w:spacing w:before="200" w:after="60"/>
      </w:pPr>
      <w:r>
        <w:rPr>
          <w:b w:val="0"/>
          <w:i w:val="0"/>
        </w:rPr>
        <w:t>7. Изменения в составе бригады: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4"/>
        <w:gridCol w:w="2834"/>
        <w:gridCol w:w="1700"/>
        <w:gridCol w:w="2834"/>
      </w:tblGrid>
      <w:tr>
        <w:trPr>
          <w:tblHeader w:val="true"/>
          <w:tblHeader w:val="true"/>
          <w:tblHeader w:val="true"/>
          <w:tblHeader w:val="true"/>
          <w:cantSplit/>
        </w:trPr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Введен в состав бригады (фамилия, инициалы)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Выведен из состава бригады (фамилия, инициалы)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Дата, время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Разрешил (подпись, фамилия, инициалы)</w:t>
            </w:r>
          </w:p>
        </w:tc>
      </w:tr>
      <w:tr>
        <w:trPr>
          <w:tblHeader w:val="true"/>
          <w:cantSplit/>
        </w:trPr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18"/>
              </w:rPr>
              <w:t>4</w:t>
            </w:r>
          </w:p>
        </w:tc>
      </w:tr>
      <w:tr>
        <w:trPr>
          <w:trHeight w:val="396" w:hRule="atLeast"/>
          <w:cantSplit/>
        </w:trPr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</w:tr>
      <w:tr>
        <w:trPr>
          <w:trHeight w:val="396" w:hRule="atLeast"/>
          <w:cantSplit/>
        </w:trPr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</w:tr>
      <w:tr>
        <w:trPr>
          <w:trHeight w:val="396" w:hRule="atLeast"/>
          <w:cantSplit/>
        </w:trPr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</w:tr>
      <w:tr>
        <w:trPr>
          <w:trHeight w:val="396" w:hRule="atLeast"/>
          <w:cantSplit/>
        </w:trPr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</w:tr>
    </w:tbl>
    <w:p>
      <w:pPr>
        <w:spacing w:before="200" w:after="40"/>
      </w:pPr>
      <w:r>
        <w:rPr>
          <w:b w:val="0"/>
          <w:i w:val="0"/>
        </w:rPr>
        <w:t>8. Регистрация целевого инструктажа при первичном допуске: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381"/>
        <w:gridCol w:w="2721"/>
        <w:gridCol w:w="2381"/>
        <w:gridCol w:w="2721"/>
      </w:tblGrid>
      <w:tr>
        <w:trPr>
          <w:cantSplit/>
        </w:trPr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Инструктаж провел:</w:t>
            </w:r>
          </w:p>
        </w:tc>
        <w:tc>
          <w:tcPr>
            <w:tcW w:type="dxa" w:w="272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Инструктаж прошел:</w:t>
            </w:r>
          </w:p>
        </w:tc>
        <w:tc>
          <w:tcPr>
            <w:tcW w:type="dxa" w:w="272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Лицо, выдавшее наряд:</w:t>
            </w:r>
          </w:p>
        </w:tc>
        <w:tc>
          <w:tcPr>
            <w:tcW w:type="dxa" w:w="27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Ответственный руководитель работ:</w:t>
            </w:r>
          </w:p>
        </w:tc>
        <w:tc>
          <w:tcPr>
            <w:tcW w:type="dxa" w:w="27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/>
        </w:tc>
        <w:tc>
          <w:tcPr>
            <w:tcW w:type="dxa" w:w="272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инициалы)</w:t>
            </w:r>
          </w:p>
        </w:tc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/>
        </w:tc>
        <w:tc>
          <w:tcPr>
            <w:tcW w:type="dxa" w:w="272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инициалы)</w:t>
            </w:r>
          </w:p>
        </w:tc>
      </w:tr>
      <w:tr>
        <w:trPr>
          <w:cantSplit/>
        </w:trPr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  <w:tc>
          <w:tcPr>
            <w:tcW w:type="dxa" w:w="27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  <w:tc>
          <w:tcPr>
            <w:tcW w:type="dxa" w:w="27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/>
        </w:tc>
        <w:tc>
          <w:tcPr>
            <w:tcW w:type="dxa" w:w="272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(подпись)</w:t>
            </w:r>
          </w:p>
        </w:tc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/>
        </w:tc>
        <w:tc>
          <w:tcPr>
            <w:tcW w:type="dxa" w:w="272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(подпись)</w:t>
            </w:r>
          </w:p>
        </w:tc>
      </w:tr>
      <w:tr>
        <w:trPr>
          <w:cantSplit/>
        </w:trPr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Ответственный руководитель (производитель) работ:</w:t>
            </w:r>
          </w:p>
        </w:tc>
        <w:tc>
          <w:tcPr>
            <w:tcW w:type="dxa" w:w="27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Ответственный исполнитель:</w:t>
            </w:r>
          </w:p>
        </w:tc>
        <w:tc>
          <w:tcPr>
            <w:tcW w:type="dxa" w:w="27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/>
        </w:tc>
        <w:tc>
          <w:tcPr>
            <w:tcW w:type="dxa" w:w="272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инициалы)</w:t>
            </w:r>
          </w:p>
        </w:tc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/>
        </w:tc>
        <w:tc>
          <w:tcPr>
            <w:tcW w:type="dxa" w:w="272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инициалы)</w:t>
            </w:r>
          </w:p>
        </w:tc>
      </w:tr>
      <w:tr>
        <w:trPr>
          <w:cantSplit/>
        </w:trPr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  <w:tc>
          <w:tcPr>
            <w:tcW w:type="dxa" w:w="27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  <w:tc>
          <w:tcPr>
            <w:tcW w:type="dxa" w:w="272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60" w:type="dxa"/>
              <w:top w:w="10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/>
        </w:tc>
        <w:tc>
          <w:tcPr>
            <w:tcW w:type="dxa" w:w="272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(подпись)</w:t>
            </w:r>
          </w:p>
        </w:tc>
        <w:tc>
          <w:tcPr>
            <w:tcW w:type="dxa" w:w="238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/>
        </w:tc>
        <w:tc>
          <w:tcPr>
            <w:tcW w:type="dxa" w:w="272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3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(подпись)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0"/>
        <w:gridCol w:w="8504"/>
      </w:tblGrid>
      <w:tr>
        <w:trPr>
          <w:cantSplit/>
        </w:trP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Члены бригады:</w:t>
            </w:r>
          </w:p>
        </w:tc>
        <w:tc>
          <w:tcPr>
            <w:tcW w:type="dxa" w:w="8504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850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инициалы, подпись)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7"/>
        <w:gridCol w:w="7937"/>
      </w:tblGrid>
      <w:tr>
        <w:trPr>
          <w:cantSplit/>
        </w:trP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Наряд-допуск выдал:</w:t>
            </w:r>
          </w:p>
        </w:tc>
        <w:tc>
          <w:tcPr>
            <w:tcW w:type="dxa" w:w="793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793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(лицо, уполномоченное приказом руководителя организации)</w:t>
            </w:r>
          </w:p>
        </w:tc>
      </w:tr>
    </w:tbl>
    <w:p>
      <w:pPr>
        <w:spacing w:before="200" w:after="0"/>
        <w:jc w:val="both"/>
      </w:pPr>
      <w:r>
        <w:rPr>
          <w:b w:val="0"/>
          <w:i w:val="0"/>
        </w:rPr>
        <w:t>9. Письменное разрешение (акт-допуск) действующего предприятия (эксплуатирующей организации) на производство работ имеется. Мероприятия по безопасности строительного производства согласованы (заполняется при проведении работ на территории действующих предприятий):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(должность, фамилия, имя, отчество (при наличии), подпись уполномоченного лица)</w:t>
            </w:r>
          </w:p>
        </w:tc>
      </w:tr>
    </w:tbl>
    <w:p>
      <w:pPr>
        <w:spacing w:before="200" w:after="0"/>
        <w:jc w:val="both"/>
      </w:pPr>
      <w:r>
        <w:rPr>
          <w:b w:val="0"/>
          <w:i w:val="0"/>
        </w:rPr>
        <w:t>10. Рабочее место и условия труда проверены. Мероприятия по безопасности производства, указанные в наряде-допуске выполнены.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2891"/>
        <w:gridCol w:w="226"/>
        <w:gridCol w:w="2891"/>
      </w:tblGrid>
      <w:tr>
        <w:trPr>
          <w:cantSplit/>
        </w:trPr>
        <w:tc>
          <w:tcPr>
            <w:tcW w:type="dxa" w:w="419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Разрешаю приступить к выполнению работ: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289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419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289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(дата, подпись)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289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инициалы)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2891"/>
        <w:gridCol w:w="226"/>
        <w:gridCol w:w="2891"/>
      </w:tblGrid>
      <w:tr>
        <w:trPr>
          <w:cantSplit/>
        </w:trPr>
        <w:tc>
          <w:tcPr>
            <w:tcW w:type="dxa" w:w="419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Наряд допуск продлен до: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  <w:tc>
          <w:tcPr>
            <w:tcW w:type="dxa" w:w="289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1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419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289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(дата, подпись)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289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инициалы)</w:t>
            </w:r>
          </w:p>
        </w:tc>
      </w:tr>
    </w:tbl>
    <w:p>
      <w:pPr>
        <w:spacing w:before="200" w:after="0"/>
        <w:jc w:val="both"/>
      </w:pPr>
      <w:r>
        <w:rPr>
          <w:b w:val="0"/>
          <w:i w:val="0"/>
        </w:rPr>
        <w:t>11. Работа выполнена в полном объеме. Материалы, инструмент, приспособления убраны. Члены бригады выведены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442"/>
        <w:gridCol w:w="4762"/>
      </w:tblGrid>
      <w:tr>
        <w:trPr>
          <w:cantSplit/>
        </w:trPr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Ответственный исполнитель (производитель) работ:</w:t>
            </w:r>
          </w:p>
        </w:tc>
        <w:tc>
          <w:tcPr>
            <w:tcW w:type="dxa" w:w="476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544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76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(дата, подпись)</w:t>
            </w:r>
          </w:p>
        </w:tc>
      </w:tr>
    </w:tbl>
    <w:p>
      <w:pPr>
        <w:spacing w:before="160" w:after="0"/>
      </w:pPr>
      <w:r>
        <w:rPr>
          <w:b w:val="0"/>
          <w:i w:val="0"/>
        </w:rPr>
        <w:t>Наряд-допуск закрыт.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35"/>
        <w:gridCol w:w="1133"/>
        <w:gridCol w:w="4535"/>
      </w:tblGrid>
      <w:tr>
        <w:trPr>
          <w:cantSplit/>
        </w:trPr>
        <w:tc>
          <w:tcPr>
            <w:tcW w:type="dxa" w:w="453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120" w:type="dxa"/>
              <w:bottom w:w="0" w:type="dxa"/>
            </w:tcMar>
          </w:tcPr>
          <w:p>
            <w:r>
              <w:rPr>
                <w:b w:val="0"/>
                <w:i w:val="0"/>
              </w:rPr>
              <w:t>Ответственный руководитель работ: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120" w:type="dxa"/>
              <w:bottom w:w="0" w:type="dxa"/>
            </w:tcMar>
          </w:tcPr>
          <w:p/>
        </w:tc>
        <w:tc>
          <w:tcPr>
            <w:tcW w:type="dxa" w:w="453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120" w:type="dxa"/>
              <w:bottom w:w="0" w:type="dxa"/>
            </w:tcMar>
          </w:tcPr>
          <w:p>
            <w:r>
              <w:rPr>
                <w:b w:val="0"/>
                <w:i w:val="0"/>
              </w:rPr>
              <w:t>Лицо, выдавшее наряд-допуск: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35"/>
        <w:gridCol w:w="1133"/>
        <w:gridCol w:w="4535"/>
      </w:tblGrid>
      <w:tr>
        <w:trPr>
          <w:cantSplit/>
        </w:trPr>
        <w:tc>
          <w:tcPr>
            <w:tcW w:type="dxa" w:w="453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320" w:type="dxa"/>
              <w:bottom w:w="0" w:type="dxa"/>
            </w:tcMar>
            <w:vAlign w:val="bottom"/>
          </w:tcPr>
          <w:p/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320" w:type="dxa"/>
              <w:bottom w:w="0" w:type="dxa"/>
            </w:tcMar>
            <w:vAlign w:val="bottom"/>
          </w:tcPr>
          <w:p/>
        </w:tc>
        <w:tc>
          <w:tcPr>
            <w:tcW w:type="dxa" w:w="453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3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453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(дата, подпись)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53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(дата, подпись)</w:t>
            </w:r>
          </w:p>
        </w:tc>
      </w:tr>
    </w:tbl>
    <w:sectPr w:rsidR="00FC693F" w:rsidRPr="0006063C" w:rsidSect="00034616">
      <w:pgSz w:w="11906" w:h="16838"/>
      <w:pgMar w:top="850" w:right="567" w:bottom="85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cs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Application>СтройОко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работ на высоте</dc:title>
  <dc:subject>Рекомендуемый образец — приложение № 2 к Правилам по охране труда при работе на высоте (приказ Минтруда России от 16.11.2020 № 782н)</dc:subject>
  <dc:creator>СтройОко — stroy-oko.ru</dc:creator>
  <cp:keywords/>
  <dc:description>Бланк для заполнения. Описание и порядок заполнения: https://stroy-oko.ru/obrazcy</dc:description>
  <cp:lastModifiedBy>СтройОко — stroy-oko.ru</cp:lastModifiedBy>
  <cp:revision>1</cp:revision>
  <dcterms:created xsi:type="dcterms:W3CDTF">2026-10-30T12:00:00Z</dcterms:created>
  <dcterms:modified xsi:type="dcterms:W3CDTF">2026-10-30T12:00:00Z</dcterms:modified>
  <cp:category>Бланк</cp:category>
</cp:coreProperties>
</file>