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Приложение № 7 к Правилам по охране труда при эксплуатации электроустановок, утвержденным приказом Минтруда России от 15 декабря 2020 г. № 903н. Рекомендуемый образец.</w:t>
      </w:r>
    </w:p>
    <w:p>
      <w:r>
        <w:rPr>
          <w:b/>
        </w:rPr>
        <w:t>Лицевая сторона наряда-допуска</w:t>
      </w:r>
    </w:p>
    <w:p>
      <w:r>
        <w:rPr>
          <w:b w:val="0"/>
        </w:rPr>
        <w:t>Организация __________________________    Подразделение __________________________</w:t>
      </w:r>
    </w:p>
    <w:p>
      <w:r>
        <w:rPr>
          <w:b/>
        </w:rPr>
        <w:t>НАРЯД-ДОПУСК № ______ для работы в электроустановках</w:t>
      </w:r>
    </w:p>
    <w:p>
      <w:r>
        <w:rPr>
          <w:b w:val="0"/>
        </w:rPr>
        <w:t>Ответственному руководителю работ __________________, допускающему __________________</w:t>
      </w:r>
    </w:p>
    <w:p>
      <w:r>
        <w:rPr>
          <w:b w:val="0"/>
        </w:rPr>
        <w:t>(фамилия, инициалы, группа по электробезопасности)</w:t>
      </w:r>
    </w:p>
    <w:p>
      <w:r>
        <w:rPr>
          <w:b w:val="0"/>
        </w:rPr>
        <w:t>Производителю работ __________________, наблюдающему __________________</w:t>
      </w:r>
    </w:p>
    <w:p>
      <w:r>
        <w:rPr>
          <w:b w:val="0"/>
        </w:rPr>
        <w:t>(фамилия, инициалы, группа по электробезопасности)</w:t>
      </w:r>
    </w:p>
    <w:p>
      <w:r>
        <w:rPr>
          <w:b w:val="0"/>
        </w:rPr>
        <w:t>с членами бригады ______________________________________________________________</w:t>
      </w:r>
    </w:p>
    <w:p>
      <w:r>
        <w:rPr>
          <w:b w:val="0"/>
        </w:rPr>
        <w:t>(фамилия, инициалы, группа по электробезопасности)</w:t>
      </w:r>
    </w:p>
    <w:p>
      <w:r>
        <w:rPr>
          <w:b w:val="0"/>
        </w:rPr>
        <w:t>поручается ____________________________________________________________________</w:t>
      </w:r>
    </w:p>
    <w:p>
      <w:r>
        <w:rPr>
          <w:b w:val="0"/>
        </w:rPr>
        <w:t>Работу начать: дата __________________ время __________________</w:t>
      </w:r>
    </w:p>
    <w:p>
      <w:r>
        <w:rPr>
          <w:b w:val="0"/>
        </w:rPr>
        <w:t>Работу закончить: дата __________________ время __________________</w:t>
      </w:r>
    </w:p>
    <w:p>
      <w:r>
        <w:rPr>
          <w:b/>
        </w:rPr>
        <w:t>Мероприятия по подготовке рабочих мест к выполнению работ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b/>
                <w:sz w:val="16"/>
              </w:rPr>
              <w:t>Наименование электроустановок, в которых нужно провести отключения и установить заземления</w:t>
            </w:r>
          </w:p>
        </w:tc>
        <w:tc>
          <w:tcPr>
            <w:tcW w:type="dxa" w:w="3439"/>
          </w:tcPr>
          <w:p>
            <w:r>
              <w:rPr>
                <w:b/>
                <w:sz w:val="16"/>
              </w:rPr>
              <w:t>Что должно быть отключено и где заземлено</w:t>
            </w:r>
          </w:p>
        </w:tc>
        <w:tc>
          <w:tcPr>
            <w:tcW w:type="dxa" w:w="3439"/>
          </w:tcPr>
          <w:p>
            <w:r>
              <w:rPr>
                <w:b/>
                <w:sz w:val="16"/>
              </w:rPr>
              <w:t>Что должно быть изолировано (ограждено)</w:t>
            </w:r>
          </w:p>
        </w:tc>
      </w:tr>
      <w:tr>
        <w:trPr>
          <w:trHeight w:val="340"/>
          <w:cantSplit/>
        </w:trPr>
        <w:tc>
          <w:tcPr>
            <w:tcW w:type="dxa" w:w="3439"/>
          </w:tcPr>
          <w:p/>
        </w:tc>
        <w:tc>
          <w:tcPr>
            <w:tcW w:type="dxa" w:w="3439"/>
          </w:tcPr>
          <w:p/>
        </w:tc>
        <w:tc>
          <w:tcPr>
            <w:tcW w:type="dxa" w:w="3439"/>
          </w:tcPr>
          <w:p/>
        </w:tc>
      </w:tr>
      <w:tr>
        <w:trPr>
          <w:trHeight w:val="340"/>
          <w:cantSplit/>
        </w:trPr>
        <w:tc>
          <w:tcPr>
            <w:tcW w:type="dxa" w:w="3439"/>
          </w:tcPr>
          <w:p/>
        </w:tc>
        <w:tc>
          <w:tcPr>
            <w:tcW w:type="dxa" w:w="3439"/>
          </w:tcPr>
          <w:p/>
        </w:tc>
        <w:tc>
          <w:tcPr>
            <w:tcW w:type="dxa" w:w="3439"/>
          </w:tcPr>
          <w:p/>
        </w:tc>
      </w:tr>
      <w:tr>
        <w:trPr>
          <w:trHeight w:val="340"/>
          <w:cantSplit/>
        </w:trPr>
        <w:tc>
          <w:tcPr>
            <w:tcW w:type="dxa" w:w="3439"/>
          </w:tcPr>
          <w:p/>
        </w:tc>
        <w:tc>
          <w:tcPr>
            <w:tcW w:type="dxa" w:w="3439"/>
          </w:tcPr>
          <w:p/>
        </w:tc>
        <w:tc>
          <w:tcPr>
            <w:tcW w:type="dxa" w:w="3439"/>
          </w:tcPr>
          <w:p/>
        </w:tc>
      </w:tr>
    </w:tbl>
    <w:p>
      <w:r>
        <w:rPr>
          <w:b w:val="0"/>
        </w:rPr>
        <w:t>Отдельные указания ____________________________________________________________</w:t>
      </w:r>
    </w:p>
    <w:p>
      <w:r>
        <w:rPr>
          <w:b w:val="0"/>
        </w:rPr>
        <w:t>Наряд-допуск выдал: дата __________________ время __________________</w:t>
      </w:r>
    </w:p>
    <w:p>
      <w:r>
        <w:rPr>
          <w:b w:val="0"/>
        </w:rPr>
        <w:t>Подпись __________________ Фамилия, инициалы __________________</w:t>
      </w:r>
    </w:p>
    <w:p>
      <w:r>
        <w:rPr>
          <w:b w:val="0"/>
        </w:rPr>
        <w:t>Наряд-допуск продлил по: дата __________________ время __________________</w:t>
      </w:r>
    </w:p>
    <w:p>
      <w:r>
        <w:rPr>
          <w:b w:val="0"/>
        </w:rPr>
        <w:t>Подпись __________________ Фамилия, инициалы __________________</w:t>
      </w:r>
    </w:p>
    <w:p>
      <w:r>
        <w:rPr>
          <w:b w:val="0"/>
        </w:rPr>
        <w:t>Дата __________________ время __________________</w:t>
      </w:r>
    </w:p>
    <w:p>
      <w:r>
        <w:rPr>
          <w:b/>
        </w:rPr>
        <w:t>Регистрация целевого инструктажа, проводимого выдающим наряд-допуск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провел: работник, выдавший наряд-допуск (фамилия, инициалы, подпись)</w:t>
            </w:r>
          </w:p>
        </w:tc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получил: ответственный руководитель работ (производитель работ, наблюдающий) (фамилия, инициалы, подпись)</w:t>
            </w:r>
          </w:p>
        </w:tc>
      </w:tr>
      <w:tr>
        <w:trPr>
          <w:trHeight w:val="340"/>
          <w:cantSplit/>
        </w:trPr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</w:tbl>
    <w:p>
      <w:r>
        <w:rPr>
          <w:b/>
        </w:rPr>
        <w:t>Разрешение на подготовку рабочих мест и на допуск к выполнению работ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b/>
                <w:sz w:val="16"/>
              </w:rPr>
              <w:t>Разрешение на подготовку рабочих мест и на допуск к выполнению работ выдал (должность, фамилия или подпись)</w:t>
            </w:r>
          </w:p>
        </w:tc>
        <w:tc>
          <w:tcPr>
            <w:tcW w:type="dxa" w:w="3439"/>
          </w:tcPr>
          <w:p>
            <w:r>
              <w:rPr>
                <w:b/>
                <w:sz w:val="16"/>
              </w:rPr>
              <w:t>Дата, время</w:t>
            </w:r>
          </w:p>
        </w:tc>
        <w:tc>
          <w:tcPr>
            <w:tcW w:type="dxa" w:w="3439"/>
          </w:tcPr>
          <w:p>
            <w:r>
              <w:rPr>
                <w:b/>
                <w:sz w:val="16"/>
              </w:rPr>
              <w:t>Подпись работника, получившего разрешение на подготовку рабочих мест и на допуск к выполнению работ</w:t>
            </w:r>
          </w:p>
        </w:tc>
      </w:tr>
      <w:tr>
        <w:trPr>
          <w:trHeight w:val="340"/>
          <w:cantSplit/>
        </w:trPr>
        <w:tc>
          <w:tcPr>
            <w:tcW w:type="dxa" w:w="3439"/>
          </w:tcPr>
          <w:p/>
        </w:tc>
        <w:tc>
          <w:tcPr>
            <w:tcW w:type="dxa" w:w="3439"/>
          </w:tcPr>
          <w:p/>
        </w:tc>
        <w:tc>
          <w:tcPr>
            <w:tcW w:type="dxa" w:w="3439"/>
          </w:tcPr>
          <w:p/>
        </w:tc>
      </w:tr>
      <w:tr>
        <w:trPr>
          <w:trHeight w:val="340"/>
          <w:cantSplit/>
        </w:trPr>
        <w:tc>
          <w:tcPr>
            <w:tcW w:type="dxa" w:w="3439"/>
          </w:tcPr>
          <w:p/>
        </w:tc>
        <w:tc>
          <w:tcPr>
            <w:tcW w:type="dxa" w:w="3439"/>
          </w:tcPr>
          <w:p/>
        </w:tc>
        <w:tc>
          <w:tcPr>
            <w:tcW w:type="dxa" w:w="3439"/>
          </w:tcPr>
          <w:p/>
        </w:tc>
      </w:tr>
    </w:tbl>
    <w:p>
      <w:r>
        <w:br w:type="page"/>
      </w:r>
    </w:p>
    <w:p>
      <w:r>
        <w:rPr>
          <w:b/>
        </w:rPr>
        <w:t>Оборотная сторона наряда-допуска</w:t>
      </w:r>
    </w:p>
    <w:p>
      <w:r>
        <w:rPr>
          <w:b w:val="0"/>
        </w:rPr>
        <w:t>Рабочие места подготовлены. Под напряжением остались: ______________________________</w:t>
      </w:r>
    </w:p>
    <w:p>
      <w:r>
        <w:rPr>
          <w:b w:val="0"/>
        </w:rPr>
        <w:t>Допускающий __________________ (подпись)</w:t>
      </w:r>
    </w:p>
    <w:p>
      <w:r>
        <w:rPr>
          <w:b w:val="0"/>
        </w:rPr>
        <w:t>Ответственный руководитель работ (производитель работ или наблюдающий) __________________ (подпись)</w:t>
      </w:r>
    </w:p>
    <w:p>
      <w:r>
        <w:rPr>
          <w:b/>
        </w:rPr>
        <w:t>Регистрация целевого инструктажа, проводимого допускающим при первичном допуске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провел: допускающий (фамилия, инициалы, подпись)</w:t>
            </w:r>
          </w:p>
        </w:tc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получил: ответственный руководитель работ; производитель работ (наблюдающий); члены бригады (фамилия, инициалы, подпись)</w:t>
            </w:r>
          </w:p>
        </w:tc>
      </w:tr>
      <w:tr>
        <w:trPr>
          <w:trHeight w:val="340"/>
          <w:cantSplit/>
        </w:trPr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  <w:tr>
        <w:trPr>
          <w:trHeight w:val="340"/>
          <w:cantSplit/>
        </w:trPr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</w:tbl>
    <w:p>
      <w:r>
        <w:rPr>
          <w:b/>
        </w:rPr>
        <w:t>Ежедневный допуск к работе и время ее окончания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c>
          <w:tcPr>
            <w:tcW w:type="dxa" w:w="1720"/>
          </w:tcPr>
          <w:p>
            <w:r>
              <w:rPr>
                <w:b/>
                <w:sz w:val="16"/>
              </w:rPr>
              <w:t>Бригада получила целевой инструктаж и допущена на подготовленное рабочее место: наименование рабочего места</w:t>
            </w:r>
          </w:p>
        </w:tc>
        <w:tc>
          <w:tcPr>
            <w:tcW w:type="dxa" w:w="1720"/>
          </w:tcPr>
          <w:p>
            <w:r>
              <w:rPr>
                <w:b/>
                <w:sz w:val="16"/>
              </w:rPr>
              <w:t>Время</w:t>
            </w:r>
          </w:p>
        </w:tc>
        <w:tc>
          <w:tcPr>
            <w:tcW w:type="dxa" w:w="1720"/>
          </w:tcPr>
          <w:p>
            <w:r>
              <w:rPr>
                <w:b/>
                <w:sz w:val="16"/>
              </w:rPr>
              <w:t>Подпись допускающего (фамилия, инициалы)</w:t>
            </w:r>
          </w:p>
        </w:tc>
        <w:tc>
          <w:tcPr>
            <w:tcW w:type="dxa" w:w="1720"/>
          </w:tcPr>
          <w:p>
            <w:r>
              <w:rPr>
                <w:b/>
                <w:sz w:val="16"/>
              </w:rPr>
              <w:t>Подпись производителя работ (наблюдающего) (фамилия, инициалы)</w:t>
            </w:r>
          </w:p>
        </w:tc>
        <w:tc>
          <w:tcPr>
            <w:tcW w:type="dxa" w:w="1720"/>
          </w:tcPr>
          <w:p>
            <w:r>
              <w:rPr>
                <w:b/>
                <w:sz w:val="16"/>
              </w:rPr>
              <w:t>Работа закончена, бригада удалена: время</w:t>
            </w:r>
          </w:p>
        </w:tc>
        <w:tc>
          <w:tcPr>
            <w:tcW w:type="dxa" w:w="1720"/>
          </w:tcPr>
          <w:p>
            <w:r>
              <w:rPr>
                <w:b/>
                <w:sz w:val="16"/>
              </w:rPr>
              <w:t>Подпись производителя работ (наблюдающего) (фамилия, инициалы)</w:t>
            </w:r>
          </w:p>
        </w:tc>
      </w:tr>
      <w:tr>
        <w:trPr>
          <w:trHeight w:val="340"/>
          <w:cantSplit/>
        </w:trPr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</w:tr>
      <w:tr>
        <w:trPr>
          <w:trHeight w:val="340"/>
          <w:cantSplit/>
        </w:trPr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</w:tr>
      <w:tr>
        <w:trPr>
          <w:trHeight w:val="340"/>
          <w:cantSplit/>
        </w:trPr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  <w:tc>
          <w:tcPr>
            <w:tcW w:type="dxa" w:w="1720"/>
          </w:tcPr>
          <w:p/>
        </w:tc>
      </w:tr>
    </w:tbl>
    <w:p>
      <w:r>
        <w:rPr>
          <w:b/>
        </w:rPr>
        <w:t>Регистрация целевого инструктажа, проводимого ответственным руководителем работ (производителем работ, наблюдающим)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провел: ответственный руководитель работ (фамилия, инициалы, подпись)</w:t>
            </w:r>
          </w:p>
        </w:tc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получил: производитель работ, члены бригады (фамилия, инициалы, подпись)</w:t>
            </w:r>
          </w:p>
        </w:tc>
      </w:tr>
      <w:tr>
        <w:trPr>
          <w:trHeight w:val="340"/>
          <w:cantSplit/>
        </w:trPr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провел: производитель работ (наблюдающий) (фамилия, инициалы, подпись)</w:t>
            </w:r>
          </w:p>
        </w:tc>
        <w:tc>
          <w:tcPr>
            <w:tcW w:type="dxa" w:w="5159"/>
          </w:tcPr>
          <w:p>
            <w:r>
              <w:rPr>
                <w:b/>
                <w:sz w:val="16"/>
              </w:rPr>
              <w:t>Целевой инструктаж получил: члены бригады (фамилия, инициалы, подпись)</w:t>
            </w:r>
          </w:p>
        </w:tc>
      </w:tr>
      <w:tr>
        <w:trPr>
          <w:trHeight w:val="340"/>
          <w:cantSplit/>
        </w:trPr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</w:tbl>
    <w:p>
      <w:r>
        <w:rPr>
          <w:b/>
        </w:rPr>
        <w:t>Изменения в составе бригады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c>
          <w:tcPr>
            <w:tcW w:type="dxa" w:w="2579"/>
          </w:tcPr>
          <w:p>
            <w:r>
              <w:rPr>
                <w:b/>
                <w:sz w:val="16"/>
              </w:rPr>
              <w:t>Введен в состав бригады (фамилия, инициалы, группа)</w:t>
            </w:r>
          </w:p>
        </w:tc>
        <w:tc>
          <w:tcPr>
            <w:tcW w:type="dxa" w:w="2579"/>
          </w:tcPr>
          <w:p>
            <w:r>
              <w:rPr>
                <w:b/>
                <w:sz w:val="16"/>
              </w:rPr>
              <w:t>Выведен из состава бригады (фамилия, инициалы, группа)</w:t>
            </w:r>
          </w:p>
        </w:tc>
        <w:tc>
          <w:tcPr>
            <w:tcW w:type="dxa" w:w="2579"/>
          </w:tcPr>
          <w:p>
            <w:r>
              <w:rPr>
                <w:b/>
                <w:sz w:val="16"/>
              </w:rPr>
              <w:t>Дата, время</w:t>
            </w:r>
          </w:p>
        </w:tc>
        <w:tc>
          <w:tcPr>
            <w:tcW w:type="dxa" w:w="2579"/>
          </w:tcPr>
          <w:p>
            <w:r>
              <w:rPr>
                <w:b/>
                <w:sz w:val="16"/>
              </w:rPr>
              <w:t>Разрешил (подпись, фамилия, инициалы)</w:t>
            </w:r>
          </w:p>
        </w:tc>
      </w:tr>
      <w:tr>
        <w:trPr>
          <w:trHeight w:val="340"/>
          <w:cantSplit/>
        </w:trPr>
        <w:tc>
          <w:tcPr>
            <w:tcW w:type="dxa" w:w="2579"/>
          </w:tcPr>
          <w:p/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</w:tr>
      <w:tr>
        <w:trPr>
          <w:trHeight w:val="340"/>
          <w:cantSplit/>
        </w:trPr>
        <w:tc>
          <w:tcPr>
            <w:tcW w:type="dxa" w:w="2579"/>
          </w:tcPr>
          <w:p/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  <w:tc>
          <w:tcPr>
            <w:tcW w:type="dxa" w:w="2579"/>
          </w:tcPr>
          <w:p/>
        </w:tc>
      </w:tr>
    </w:tbl>
    <w:p>
      <w:r>
        <w:rPr>
          <w:b w:val="0"/>
        </w:rPr>
        <w:t>Работа полностью закончена, бригада удалена, заземления, установленные бригадой, сняты, сообщено (кому) ______________________________________________________________</w:t>
      </w:r>
    </w:p>
    <w:p>
      <w:r>
        <w:rPr>
          <w:b w:val="0"/>
        </w:rPr>
        <w:t>(должность, фамилия, инициалы)</w:t>
      </w:r>
    </w:p>
    <w:p>
      <w:r>
        <w:rPr>
          <w:b w:val="0"/>
        </w:rPr>
        <w:t>Дата __________________ время __________________</w:t>
      </w:r>
    </w:p>
    <w:p>
      <w:r>
        <w:rPr>
          <w:b w:val="0"/>
        </w:rPr>
        <w:t>Производитель работ или наблюдающий __________________ (подпись, фамилия, инициалы)</w:t>
      </w:r>
    </w:p>
    <w:p>
      <w:r>
        <w:rPr>
          <w:b w:val="0"/>
        </w:rPr>
        <w:t>Ответственный руководитель работ __________________ (подпись, фамилия, инициалы)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